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669"/>
        <w:gridCol w:w="4535"/>
      </w:tblGrid>
      <w:tr>
        <w:tc>
          <w:tcPr>
            <w:tcW w:type="dxa" w:w="5669"/>
          </w:tcPr>
          <w:p>
            <w:r>
              <w:rPr>
                <w:b/>
                <w:i w:val="0"/>
                <w:color w:val="1E293B"/>
                <w:sz w:val="32"/>
              </w:rPr>
              <w:t>[Your name or studio name]</w:t>
            </w:r>
          </w:p>
          <w:p>
            <w:r>
              <w:rPr>
                <w:b w:val="0"/>
                <w:i/>
                <w:color w:val="8A9AB4"/>
                <w:sz w:val="18"/>
              </w:rPr>
              <w:t>[Your logo can go here]</w:t>
            </w:r>
          </w:p>
        </w:tc>
        <w:tc>
          <w:tcPr>
            <w:tcW w:type="dxa" w:w="4535"/>
          </w:tcPr>
          <w:p>
            <w:pPr>
              <w:jc w:val="right"/>
            </w:pPr>
            <w:r>
              <w:rPr>
                <w:b/>
                <w:i w:val="0"/>
                <w:color w:val="1A6FE0"/>
                <w:sz w:val="56"/>
              </w:rPr>
              <w:t>INVOICE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02"/>
        <w:gridCol w:w="5102"/>
      </w:tblGrid>
      <w:tr>
        <w:tc>
          <w:tcPr>
            <w:tcW w:type="dxa" w:w="5102"/>
          </w:tcPr>
          <w:p>
            <w:r>
              <w:rPr>
                <w:b/>
                <w:i w:val="0"/>
                <w:color w:val="64748B"/>
                <w:sz w:val="16"/>
              </w:rPr>
              <w:t>FROM</w:t>
            </w:r>
          </w:p>
          <w:p>
            <w:r>
              <w:rPr>
                <w:b/>
                <w:i w:val="0"/>
                <w:color w:val="1E293B"/>
                <w:sz w:val="22"/>
              </w:rPr>
              <w:t>[Your name or studio name]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[Your email]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[Your phone]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[Business / tax number, if any]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[City, Country]</w:t>
            </w:r>
          </w:p>
        </w:tc>
        <w:tc>
          <w:tcPr>
            <w:tcW w:type="dxa" w:w="5102"/>
          </w:tcPr>
          <w:p>
            <w:r>
              <w:rPr>
                <w:b/>
                <w:i w:val="0"/>
                <w:color w:val="64748B"/>
                <w:sz w:val="16"/>
              </w:rPr>
              <w:t>BILL TO</w:t>
            </w:r>
          </w:p>
          <w:p>
            <w:r>
              <w:rPr>
                <w:b/>
                <w:i w:val="0"/>
                <w:color w:val="1E293B"/>
                <w:sz w:val="22"/>
              </w:rPr>
              <w:t>[Client company or name]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[Contact person]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[Billing address]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[City, postal code]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[Client email]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INVOICE #</w:t>
            </w:r>
          </w:p>
        </w:tc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ISSUE DATE</w:t>
            </w:r>
          </w:p>
        </w:tc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DUE DATE</w:t>
            </w:r>
          </w:p>
        </w:tc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PROJECT</w:t>
            </w:r>
          </w:p>
        </w:tc>
      </w:tr>
      <w:tr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[0000]</w:t>
            </w:r>
          </w:p>
        </w:tc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[DD / MM / YYYY]</w:t>
            </w:r>
          </w:p>
        </w:tc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A6FE0"/>
                <w:sz w:val="22"/>
              </w:rPr>
              <w:t>[DD / MM / YYYY]</w:t>
            </w:r>
          </w:p>
        </w:tc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[Project name]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5DEEA"/>
          <w:left w:val="single" w:sz="4" w:color="D5DEEA"/>
          <w:bottom w:val="single" w:sz="4" w:color="D5DEEA"/>
          <w:right w:val="single" w:sz="4" w:color="D5DEEA"/>
          <w:insideH w:val="single" w:sz="4" w:color="D5DEEA"/>
          <w:insideV w:val="nil"/>
        </w:tblBorders>
        <w:tblLayout w:type="fixed"/>
      </w:tblPr>
      <w:tblGrid>
        <w:gridCol w:w="5443"/>
        <w:gridCol w:w="1247"/>
        <w:gridCol w:w="1701"/>
        <w:gridCol w:w="1814"/>
      </w:tblGrid>
      <w:tr>
        <w:tc>
          <w:tcPr>
            <w:tcW w:type="dxa" w:w="5443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FFFFFF"/>
                <w:sz w:val="17"/>
              </w:rPr>
              <w:t>DESCRIPTION</w:t>
            </w:r>
          </w:p>
        </w:tc>
        <w:tc>
          <w:tcPr>
            <w:tcW w:type="dxa" w:w="1247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QTY</w:t>
            </w:r>
          </w:p>
        </w:tc>
        <w:tc>
          <w:tcPr>
            <w:tcW w:type="dxa" w:w="1701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RATE</w:t>
            </w:r>
          </w:p>
        </w:tc>
        <w:tc>
          <w:tcPr>
            <w:tcW w:type="dxa" w:w="1814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AMOUNT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[Front-end development — hours × rate]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[Back-end / API development — hours × rate]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[Milestone — e.g. beta delivery (fixed)]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[Hosting / domain (pass-through)]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[Monthly maintenance retainer]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[Out-of-scope change request]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 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 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3402"/>
        <w:gridCol w:w="1984"/>
      </w:tblGrid>
      <w:tr>
        <w:tc>
          <w:tcPr>
            <w:tcW w:type="dxa" w:w="4819"/>
          </w:tcPr>
          <w:p/>
        </w:tc>
        <w:tc>
          <w:tcPr>
            <w:tcW w:type="dxa" w:w="3402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 w:val="0"/>
                <w:i w:val="0"/>
                <w:color w:val="1E293B"/>
                <w:sz w:val="19"/>
              </w:rPr>
              <w:t>Subtotal</w:t>
            </w:r>
          </w:p>
        </w:tc>
        <w:tc>
          <w:tcPr>
            <w:tcW w:type="dxa" w:w="1984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1E293B"/>
                <w:sz w:val="19"/>
              </w:rPr>
              <w:t>[$0.00]</w:t>
            </w:r>
          </w:p>
        </w:tc>
      </w:tr>
      <w:tr>
        <w:tc>
          <w:tcPr>
            <w:tcW w:type="dxa" w:w="4819"/>
          </w:tcPr>
          <w:p/>
        </w:tc>
        <w:tc>
          <w:tcPr>
            <w:tcW w:type="dxa" w:w="3402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 w:val="0"/>
                <w:i w:val="0"/>
                <w:color w:val="1E293B"/>
                <w:sz w:val="19"/>
              </w:rPr>
              <w:t>Tax ([0]%)</w:t>
            </w:r>
          </w:p>
        </w:tc>
        <w:tc>
          <w:tcPr>
            <w:tcW w:type="dxa" w:w="1984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1E293B"/>
                <w:sz w:val="19"/>
              </w:rPr>
              <w:t>[$0.00]</w:t>
            </w:r>
          </w:p>
        </w:tc>
      </w:tr>
      <w:tr>
        <w:tc>
          <w:tcPr>
            <w:tcW w:type="dxa" w:w="4819"/>
          </w:tcPr>
          <w:p/>
        </w:tc>
        <w:tc>
          <w:tcPr>
            <w:tcW w:type="dxa" w:w="3402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 w:val="0"/>
                <w:i w:val="0"/>
                <w:color w:val="1E293B"/>
                <w:sz w:val="19"/>
              </w:rPr>
              <w:t>Discount</w:t>
            </w:r>
          </w:p>
        </w:tc>
        <w:tc>
          <w:tcPr>
            <w:tcW w:type="dxa" w:w="1984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1E293B"/>
                <w:sz w:val="19"/>
              </w:rPr>
              <w:t>[$0.00]</w:t>
            </w:r>
          </w:p>
        </w:tc>
      </w:tr>
      <w:tr>
        <w:tc>
          <w:tcPr>
            <w:tcW w:type="dxa" w:w="4819"/>
          </w:tcPr>
          <w:p/>
        </w:tc>
        <w:tc>
          <w:tcPr>
            <w:tcW w:type="dxa" w:w="3402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 w:val="0"/>
                <w:i w:val="0"/>
                <w:color w:val="1E293B"/>
                <w:sz w:val="19"/>
              </w:rPr>
              <w:t>Deposit / milestone paid</w:t>
            </w:r>
          </w:p>
        </w:tc>
        <w:tc>
          <w:tcPr>
            <w:tcW w:type="dxa" w:w="1984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1E293B"/>
                <w:sz w:val="19"/>
              </w:rPr>
              <w:t>[−$0.00]</w:t>
            </w:r>
          </w:p>
        </w:tc>
      </w:tr>
      <w:tr>
        <w:tc>
          <w:tcPr>
            <w:tcW w:type="dxa" w:w="4819"/>
          </w:tcPr>
          <w:p/>
        </w:tc>
        <w:tc>
          <w:tcPr>
            <w:tcW w:type="dxa" w:w="3402"/>
            <w:shd w:val="clear" w:color="auto" w:fill="E3EEFC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A6FE0"/>
                <w:sz w:val="22"/>
              </w:rPr>
              <w:t>Balance Due ([USD])</w:t>
            </w:r>
          </w:p>
        </w:tc>
        <w:tc>
          <w:tcPr>
            <w:tcW w:type="dxa" w:w="1984"/>
            <w:shd w:val="clear" w:color="auto" w:fill="E3EEFC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1A6FE0"/>
                <w:sz w:val="26"/>
              </w:rPr>
              <w:t>[$0.00]</w:t>
            </w:r>
          </w:p>
        </w:tc>
      </w:tr>
    </w:tbl>
    <w:p>
      <w:pPr>
        <w:spacing w:after="200"/>
      </w:pPr>
    </w:p>
    <w:p>
      <w:r>
        <w:rPr>
          <w:b/>
          <w:i w:val="0"/>
          <w:color w:val="64748B"/>
          <w:sz w:val="16"/>
        </w:rPr>
        <w:t>PAYMENT TERMS &amp; NOTES</w:t>
      </w:r>
    </w:p>
    <w:p>
      <w:r>
        <w:rPr>
          <w:b w:val="0"/>
          <w:i/>
          <w:color w:val="8A9AB4"/>
          <w:sz w:val="19"/>
        </w:rPr>
        <w:t>Payment terms: [e.g. Net 30 — due within 30 days of the issue date].</w:t>
      </w:r>
    </w:p>
    <w:p>
      <w:r>
        <w:rPr>
          <w:b w:val="0"/>
          <w:i/>
          <w:color w:val="8A9AB4"/>
          <w:sz w:val="19"/>
        </w:rPr>
        <w:t>Payment methods: [bank transfer / PayPal / card] — [your payment details].</w:t>
      </w:r>
    </w:p>
    <w:p>
      <w:r>
        <w:rPr>
          <w:b w:val="0"/>
          <w:i/>
          <w:color w:val="8A9AB4"/>
          <w:sz w:val="19"/>
        </w:rPr>
        <w:t>Please use the invoice number as the payment reference.</w:t>
      </w:r>
    </w:p>
    <w:p>
      <w:r>
        <w:rPr>
          <w:b w:val="0"/>
          <w:i/>
          <w:color w:val="8A9AB4"/>
          <w:sz w:val="19"/>
        </w:rPr>
        <w:t>Notes: [source code, admin access and final deployment are handed over on full payment; thank-you message].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64748B"/>
        <w:sz w:val="16"/>
      </w:rPr>
      <w:t>Made with the free web development invoice template from invoicegenapp.com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color w:val="1E293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Development Invoice Template</dc:title>
  <dc:subject/>
  <dc:creator>Simple Invoice Generator</dc:creator>
  <cp:keywords/>
  <dc:description>Free template from https://invoicegenapp.com/blog/web-developer-invoice-template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