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386"/>
        <w:gridCol w:w="4819"/>
      </w:tblGrid>
      <w:tr>
        <w:tc>
          <w:tcPr>
            <w:tcW w:type="dxa" w:w="5386"/>
          </w:tcPr>
          <w:p>
            <w:r>
              <w:rPr>
                <w:b/>
                <w:i w:val="0"/>
                <w:color w:val="1E293B"/>
                <w:sz w:val="32"/>
              </w:rPr>
              <w:t>[Your business name]</w:t>
            </w:r>
          </w:p>
          <w:p>
            <w:r>
              <w:rPr>
                <w:b w:val="0"/>
                <w:i/>
                <w:color w:val="8A9AB4"/>
                <w:sz w:val="18"/>
              </w:rPr>
              <w:t>[Your logo can go here]</w:t>
            </w:r>
          </w:p>
        </w:tc>
        <w:tc>
          <w:tcPr>
            <w:tcW w:type="dxa" w:w="4819"/>
          </w:tcPr>
          <w:p>
            <w:pPr>
              <w:jc w:val="right"/>
            </w:pPr>
            <w:r>
              <w:rPr>
                <w:b/>
                <w:i w:val="0"/>
                <w:color w:val="1A6FE0"/>
                <w:sz w:val="52"/>
              </w:rPr>
              <w:t>VAT INVOICE</w:t>
            </w:r>
          </w:p>
        </w:tc>
      </w:tr>
    </w:tbl>
    <w:p>
      <w:pPr>
        <w:spacing w:after="12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102"/>
        <w:gridCol w:w="5102"/>
      </w:tblGrid>
      <w:tr>
        <w:tc>
          <w:tcPr>
            <w:tcW w:type="dxa" w:w="5102"/>
          </w:tcPr>
          <w:p>
            <w:r>
              <w:rPr>
                <w:b/>
                <w:i w:val="0"/>
                <w:color w:val="64748B"/>
                <w:sz w:val="16"/>
              </w:rPr>
              <w:t>FROM</w:t>
            </w:r>
          </w:p>
          <w:p>
            <w:r>
              <w:rPr>
                <w:b/>
                <w:i w:val="0"/>
                <w:color w:val="1E293B"/>
                <w:sz w:val="22"/>
              </w:rPr>
              <w:t>[Your business name]</w:t>
            </w:r>
          </w:p>
          <w:p>
            <w:r>
              <w:rPr>
                <w:b w:val="0"/>
                <w:i w:val="0"/>
                <w:color w:val="1E293B"/>
                <w:sz w:val="20"/>
              </w:rPr>
              <w:t>VAT reg. no.: [GB 000 0000 00]</w:t>
            </w:r>
          </w:p>
          <w:p>
            <w:r>
              <w:rPr>
                <w:b w:val="0"/>
                <w:i w:val="0"/>
                <w:color w:val="1E293B"/>
                <w:sz w:val="20"/>
              </w:rPr>
              <w:t>[Business address]</w:t>
            </w:r>
          </w:p>
          <w:p>
            <w:r>
              <w:rPr>
                <w:b w:val="0"/>
                <w:i w:val="0"/>
                <w:color w:val="1E293B"/>
                <w:sz w:val="20"/>
              </w:rPr>
              <w:t>[Town, postcode]</w:t>
            </w:r>
          </w:p>
          <w:p>
            <w:r>
              <w:rPr>
                <w:b w:val="0"/>
                <w:i w:val="0"/>
                <w:color w:val="1E293B"/>
                <w:sz w:val="20"/>
              </w:rPr>
              <w:t>[Your email]</w:t>
            </w:r>
          </w:p>
        </w:tc>
        <w:tc>
          <w:tcPr>
            <w:tcW w:type="dxa" w:w="5102"/>
          </w:tcPr>
          <w:p>
            <w:r>
              <w:rPr>
                <w:b/>
                <w:i w:val="0"/>
                <w:color w:val="64748B"/>
                <w:sz w:val="16"/>
              </w:rPr>
              <w:t>BILL TO</w:t>
            </w:r>
          </w:p>
          <w:p>
            <w:r>
              <w:rPr>
                <w:b/>
                <w:i w:val="0"/>
                <w:color w:val="1E293B"/>
                <w:sz w:val="22"/>
              </w:rPr>
              <w:t>[Client company name]</w:t>
            </w:r>
          </w:p>
          <w:p>
            <w:r>
              <w:rPr>
                <w:b w:val="0"/>
                <w:i w:val="0"/>
                <w:color w:val="1E293B"/>
                <w:sz w:val="20"/>
              </w:rPr>
              <w:t>[Contact person]</w:t>
            </w:r>
          </w:p>
          <w:p>
            <w:r>
              <w:rPr>
                <w:b w:val="0"/>
                <w:i w:val="0"/>
                <w:color w:val="1E293B"/>
                <w:sz w:val="20"/>
              </w:rPr>
              <w:t>[Client address]</w:t>
            </w:r>
          </w:p>
          <w:p>
            <w:r>
              <w:rPr>
                <w:b w:val="0"/>
                <w:i w:val="0"/>
                <w:color w:val="1E293B"/>
                <w:sz w:val="20"/>
              </w:rPr>
              <w:t>[Town, postcode]</w:t>
            </w:r>
          </w:p>
          <w:p>
            <w:r>
              <w:rPr>
                <w:b w:val="0"/>
                <w:i w:val="0"/>
                <w:color w:val="1E293B"/>
                <w:sz w:val="20"/>
              </w:rPr>
              <w:t>[Client email]</w:t>
            </w:r>
          </w:p>
        </w:tc>
      </w:tr>
    </w:tbl>
    <w:p>
      <w:pPr>
        <w:spacing w:after="12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  <w:shd w:val="clear" w:color="auto" w:fill="EEF4FB"/>
            <w:tcMar>
              <w:top w:w="80" w:type="dxa"/>
              <w:bottom w:w="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64748B"/>
                <w:sz w:val="16"/>
              </w:rPr>
              <w:t>INVOICE #</w:t>
            </w:r>
          </w:p>
        </w:tc>
        <w:tc>
          <w:tcPr>
            <w:tcW w:type="dxa" w:w="2551"/>
            <w:shd w:val="clear" w:color="auto" w:fill="EEF4FB"/>
            <w:tcMar>
              <w:top w:w="80" w:type="dxa"/>
              <w:bottom w:w="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64748B"/>
                <w:sz w:val="16"/>
              </w:rPr>
              <w:t>INVOICE DATE</w:t>
            </w:r>
          </w:p>
        </w:tc>
        <w:tc>
          <w:tcPr>
            <w:tcW w:type="dxa" w:w="2551"/>
            <w:shd w:val="clear" w:color="auto" w:fill="EEF4FB"/>
            <w:tcMar>
              <w:top w:w="80" w:type="dxa"/>
              <w:bottom w:w="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64748B"/>
                <w:sz w:val="16"/>
              </w:rPr>
              <w:t>TAX POINT</w:t>
            </w:r>
          </w:p>
        </w:tc>
        <w:tc>
          <w:tcPr>
            <w:tcW w:type="dxa" w:w="2551"/>
            <w:shd w:val="clear" w:color="auto" w:fill="EEF4FB"/>
            <w:tcMar>
              <w:top w:w="80" w:type="dxa"/>
              <w:bottom w:w="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64748B"/>
                <w:sz w:val="16"/>
              </w:rPr>
              <w:t>DUE DATE</w:t>
            </w:r>
          </w:p>
        </w:tc>
      </w:tr>
      <w:tr>
        <w:tc>
          <w:tcPr>
            <w:tcW w:type="dxa" w:w="2551"/>
            <w:shd w:val="clear" w:color="auto" w:fill="EEF4FB"/>
            <w:tcMar>
              <w:top w:w="0" w:type="dxa"/>
              <w:bottom w:w="8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1E293B"/>
                <w:sz w:val="22"/>
              </w:rPr>
              <w:t>[0000]</w:t>
            </w:r>
          </w:p>
        </w:tc>
        <w:tc>
          <w:tcPr>
            <w:tcW w:type="dxa" w:w="2551"/>
            <w:shd w:val="clear" w:color="auto" w:fill="EEF4FB"/>
            <w:tcMar>
              <w:top w:w="0" w:type="dxa"/>
              <w:bottom w:w="8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1E293B"/>
                <w:sz w:val="22"/>
              </w:rPr>
              <w:t>[DD / MM / YYYY]</w:t>
            </w:r>
          </w:p>
        </w:tc>
        <w:tc>
          <w:tcPr>
            <w:tcW w:type="dxa" w:w="2551"/>
            <w:shd w:val="clear" w:color="auto" w:fill="EEF4FB"/>
            <w:tcMar>
              <w:top w:w="0" w:type="dxa"/>
              <w:bottom w:w="8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1E293B"/>
                <w:sz w:val="22"/>
              </w:rPr>
              <w:t>[DD / MM / YYYY]</w:t>
            </w:r>
          </w:p>
        </w:tc>
        <w:tc>
          <w:tcPr>
            <w:tcW w:type="dxa" w:w="2551"/>
            <w:shd w:val="clear" w:color="auto" w:fill="EEF4FB"/>
            <w:tcMar>
              <w:top w:w="0" w:type="dxa"/>
              <w:bottom w:w="8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1A6FE0"/>
                <w:sz w:val="22"/>
              </w:rPr>
              <w:t>[DD / MM / YYYY]</w:t>
            </w:r>
          </w:p>
        </w:tc>
      </w:tr>
    </w:tbl>
    <w:p>
      <w:pPr>
        <w:spacing w:after="12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5DEEA"/>
          <w:left w:val="single" w:sz="4" w:color="D5DEEA"/>
          <w:bottom w:val="single" w:sz="4" w:color="D5DEEA"/>
          <w:right w:val="single" w:sz="4" w:color="D5DEEA"/>
          <w:insideH w:val="single" w:sz="4" w:color="D5DEEA"/>
          <w:insideV w:val="nil"/>
        </w:tblBorders>
        <w:tblLayout w:type="fixed"/>
      </w:tblPr>
      <w:tblGrid>
        <w:gridCol w:w="5443"/>
        <w:gridCol w:w="1247"/>
        <w:gridCol w:w="1701"/>
        <w:gridCol w:w="1814"/>
      </w:tblGrid>
      <w:tr>
        <w:tc>
          <w:tcPr>
            <w:tcW w:type="dxa" w:w="5443"/>
            <w:shd w:val="clear" w:color="auto" w:fill="1E293B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FFFFFF"/>
                <w:sz w:val="17"/>
              </w:rPr>
              <w:t>DESCRIPTION</w:t>
            </w:r>
          </w:p>
        </w:tc>
        <w:tc>
          <w:tcPr>
            <w:tcW w:type="dxa" w:w="1247"/>
            <w:shd w:val="clear" w:color="auto" w:fill="1E293B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/>
                <w:i w:val="0"/>
                <w:color w:val="FFFFFF"/>
                <w:sz w:val="17"/>
              </w:rPr>
              <w:t>QTY</w:t>
            </w:r>
          </w:p>
        </w:tc>
        <w:tc>
          <w:tcPr>
            <w:tcW w:type="dxa" w:w="1701"/>
            <w:shd w:val="clear" w:color="auto" w:fill="1E293B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/>
                <w:i w:val="0"/>
                <w:color w:val="FFFFFF"/>
                <w:sz w:val="17"/>
              </w:rPr>
              <w:t>RATE</w:t>
            </w:r>
          </w:p>
        </w:tc>
        <w:tc>
          <w:tcPr>
            <w:tcW w:type="dxa" w:w="1814"/>
            <w:shd w:val="clear" w:color="auto" w:fill="1E293B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/>
                <w:i w:val="0"/>
                <w:color w:val="FFFFFF"/>
                <w:sz w:val="17"/>
              </w:rPr>
              <w:t>AMOUNT</w:t>
            </w:r>
          </w:p>
        </w:tc>
      </w:tr>
      <w:tr>
        <w:tc>
          <w:tcPr>
            <w:tcW w:type="dxa" w:w="5443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r>
              <w:rPr>
                <w:b w:val="0"/>
                <w:i/>
                <w:color w:val="8A9AB4"/>
                <w:sz w:val="19"/>
              </w:rPr>
              <w:t>[Description] — VAT [20]%</w:t>
            </w:r>
          </w:p>
        </w:tc>
        <w:tc>
          <w:tcPr>
            <w:tcW w:type="dxa" w:w="1247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[1]</w:t>
            </w:r>
          </w:p>
        </w:tc>
        <w:tc>
          <w:tcPr>
            <w:tcW w:type="dxa" w:w="1701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[£0.00]</w:t>
            </w:r>
          </w:p>
        </w:tc>
        <w:tc>
          <w:tcPr>
            <w:tcW w:type="dxa" w:w="1814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[£0.00]</w:t>
            </w:r>
          </w:p>
        </w:tc>
      </w:tr>
      <w:tr>
        <w:tc>
          <w:tcPr>
            <w:tcW w:type="dxa" w:w="5443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r>
              <w:rPr>
                <w:b w:val="0"/>
                <w:i/>
                <w:color w:val="8A9AB4"/>
                <w:sz w:val="19"/>
              </w:rPr>
              <w:t>[Description] — VAT [20]%</w:t>
            </w:r>
          </w:p>
        </w:tc>
        <w:tc>
          <w:tcPr>
            <w:tcW w:type="dxa" w:w="1247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[1]</w:t>
            </w:r>
          </w:p>
        </w:tc>
        <w:tc>
          <w:tcPr>
            <w:tcW w:type="dxa" w:w="1701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[£0.00]</w:t>
            </w:r>
          </w:p>
        </w:tc>
        <w:tc>
          <w:tcPr>
            <w:tcW w:type="dxa" w:w="1814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[£0.00]</w:t>
            </w:r>
          </w:p>
        </w:tc>
      </w:tr>
      <w:tr>
        <w:tc>
          <w:tcPr>
            <w:tcW w:type="dxa" w:w="5443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r>
              <w:rPr>
                <w:b w:val="0"/>
                <w:i/>
                <w:color w:val="8A9AB4"/>
                <w:sz w:val="19"/>
              </w:rPr>
              <w:t>[Description] — VAT [20]%</w:t>
            </w:r>
          </w:p>
        </w:tc>
        <w:tc>
          <w:tcPr>
            <w:tcW w:type="dxa" w:w="1247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[1]</w:t>
            </w:r>
          </w:p>
        </w:tc>
        <w:tc>
          <w:tcPr>
            <w:tcW w:type="dxa" w:w="1701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[£0.00]</w:t>
            </w:r>
          </w:p>
        </w:tc>
        <w:tc>
          <w:tcPr>
            <w:tcW w:type="dxa" w:w="1814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[£0.00]</w:t>
            </w:r>
          </w:p>
        </w:tc>
      </w:tr>
      <w:tr>
        <w:tc>
          <w:tcPr>
            <w:tcW w:type="dxa" w:w="5443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r>
              <w:rPr>
                <w:b w:val="0"/>
                <w:i/>
                <w:color w:val="8A9AB4"/>
                <w:sz w:val="19"/>
              </w:rPr>
              <w:t>[Description] — VAT [20]%</w:t>
            </w:r>
          </w:p>
        </w:tc>
        <w:tc>
          <w:tcPr>
            <w:tcW w:type="dxa" w:w="1247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[1]</w:t>
            </w:r>
          </w:p>
        </w:tc>
        <w:tc>
          <w:tcPr>
            <w:tcW w:type="dxa" w:w="1701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[£0.00]</w:t>
            </w:r>
          </w:p>
        </w:tc>
        <w:tc>
          <w:tcPr>
            <w:tcW w:type="dxa" w:w="1814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[£0.00]</w:t>
            </w:r>
          </w:p>
        </w:tc>
      </w:tr>
      <w:tr>
        <w:tc>
          <w:tcPr>
            <w:tcW w:type="dxa" w:w="5443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r>
              <w:rPr>
                <w:b w:val="0"/>
                <w:i/>
                <w:color w:val="8A9AB4"/>
                <w:sz w:val="19"/>
              </w:rPr>
              <w:t>[ ]</w:t>
            </w:r>
          </w:p>
        </w:tc>
        <w:tc>
          <w:tcPr>
            <w:tcW w:type="dxa" w:w="1247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[1]</w:t>
            </w:r>
          </w:p>
        </w:tc>
        <w:tc>
          <w:tcPr>
            <w:tcW w:type="dxa" w:w="1701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[£0.00]</w:t>
            </w:r>
          </w:p>
        </w:tc>
        <w:tc>
          <w:tcPr>
            <w:tcW w:type="dxa" w:w="1814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[£0.00]</w:t>
            </w:r>
          </w:p>
        </w:tc>
      </w:tr>
      <w:tr>
        <w:tc>
          <w:tcPr>
            <w:tcW w:type="dxa" w:w="5443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r>
              <w:rPr>
                <w:b w:val="0"/>
                <w:i/>
                <w:color w:val="8A9AB4"/>
                <w:sz w:val="19"/>
              </w:rPr>
              <w:t>[ ]</w:t>
            </w:r>
          </w:p>
        </w:tc>
        <w:tc>
          <w:tcPr>
            <w:tcW w:type="dxa" w:w="1247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[1]</w:t>
            </w:r>
          </w:p>
        </w:tc>
        <w:tc>
          <w:tcPr>
            <w:tcW w:type="dxa" w:w="1701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[£0.00]</w:t>
            </w:r>
          </w:p>
        </w:tc>
        <w:tc>
          <w:tcPr>
            <w:tcW w:type="dxa" w:w="1814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[£0.00]</w:t>
            </w:r>
          </w:p>
        </w:tc>
      </w:tr>
    </w:tbl>
    <w:p>
      <w:pPr>
        <w:spacing w:after="12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252"/>
        <w:gridCol w:w="3969"/>
        <w:gridCol w:w="1984"/>
      </w:tblGrid>
      <w:tr>
        <w:tc>
          <w:tcPr>
            <w:tcW w:type="dxa" w:w="4252"/>
          </w:tcPr>
          <w:p/>
        </w:tc>
        <w:tc>
          <w:tcPr>
            <w:tcW w:type="dxa" w:w="3969"/>
            <w:tcMar>
              <w:top w:w="70" w:type="dxa"/>
              <w:bottom w:w="70" w:type="dxa"/>
              <w:start w:w="100" w:type="dxa"/>
              <w:end w:w="100" w:type="dxa"/>
            </w:tcMar>
          </w:tcPr>
          <w:p>
            <w:r>
              <w:rPr>
                <w:b w:val="0"/>
                <w:i w:val="0"/>
                <w:color w:val="1E293B"/>
                <w:sz w:val="19"/>
              </w:rPr>
              <w:t>Total excluding VAT</w:t>
            </w:r>
          </w:p>
        </w:tc>
        <w:tc>
          <w:tcPr>
            <w:tcW w:type="dxa" w:w="1984"/>
            <w:tcMar>
              <w:top w:w="70" w:type="dxa"/>
              <w:bottom w:w="7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 w:val="0"/>
                <w:color w:val="1E293B"/>
                <w:sz w:val="19"/>
              </w:rPr>
              <w:t>[£0.00]</w:t>
            </w:r>
          </w:p>
        </w:tc>
      </w:tr>
      <w:tr>
        <w:tc>
          <w:tcPr>
            <w:tcW w:type="dxa" w:w="4252"/>
          </w:tcPr>
          <w:p/>
        </w:tc>
        <w:tc>
          <w:tcPr>
            <w:tcW w:type="dxa" w:w="3969"/>
            <w:tcMar>
              <w:top w:w="70" w:type="dxa"/>
              <w:bottom w:w="70" w:type="dxa"/>
              <w:start w:w="100" w:type="dxa"/>
              <w:end w:w="100" w:type="dxa"/>
            </w:tcMar>
          </w:tcPr>
          <w:p>
            <w:r>
              <w:rPr>
                <w:b w:val="0"/>
                <w:i w:val="0"/>
                <w:color w:val="1E293B"/>
                <w:sz w:val="19"/>
              </w:rPr>
              <w:t>VAT at [20]%</w:t>
            </w:r>
          </w:p>
        </w:tc>
        <w:tc>
          <w:tcPr>
            <w:tcW w:type="dxa" w:w="1984"/>
            <w:tcMar>
              <w:top w:w="70" w:type="dxa"/>
              <w:bottom w:w="7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 w:val="0"/>
                <w:color w:val="1E293B"/>
                <w:sz w:val="19"/>
              </w:rPr>
              <w:t>[£0.00]</w:t>
            </w:r>
          </w:p>
        </w:tc>
      </w:tr>
      <w:tr>
        <w:tc>
          <w:tcPr>
            <w:tcW w:type="dxa" w:w="4252"/>
          </w:tcPr>
          <w:p/>
        </w:tc>
        <w:tc>
          <w:tcPr>
            <w:tcW w:type="dxa" w:w="3969"/>
            <w:shd w:val="clear" w:color="auto" w:fill="E3EEFC"/>
            <w:tcMar>
              <w:top w:w="70" w:type="dxa"/>
              <w:bottom w:w="7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1A6FE0"/>
                <w:sz w:val="22"/>
              </w:rPr>
              <w:t>Total including VAT (GBP)</w:t>
            </w:r>
          </w:p>
        </w:tc>
        <w:tc>
          <w:tcPr>
            <w:tcW w:type="dxa" w:w="1984"/>
            <w:shd w:val="clear" w:color="auto" w:fill="E3EEFC"/>
            <w:tcMar>
              <w:top w:w="70" w:type="dxa"/>
              <w:bottom w:w="7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/>
                <w:i w:val="0"/>
                <w:color w:val="1A6FE0"/>
                <w:sz w:val="26"/>
              </w:rPr>
              <w:t>[£0.00]</w:t>
            </w:r>
          </w:p>
        </w:tc>
      </w:tr>
    </w:tbl>
    <w:p>
      <w:pPr>
        <w:spacing w:after="200"/>
      </w:pPr>
    </w:p>
    <w:p>
      <w:r>
        <w:rPr>
          <w:b/>
          <w:i w:val="0"/>
          <w:color w:val="64748B"/>
          <w:sz w:val="16"/>
        </w:rPr>
        <w:t>PAYMENT TERMS &amp; NOTES</w:t>
      </w:r>
    </w:p>
    <w:p>
      <w:r>
        <w:rPr>
          <w:b w:val="0"/>
          <w:i/>
          <w:color w:val="8A9AB4"/>
          <w:sz w:val="19"/>
        </w:rPr>
        <w:t>Rates shown are unit prices excluding VAT.</w:t>
      </w:r>
    </w:p>
    <w:p>
      <w:r>
        <w:rPr>
          <w:b w:val="0"/>
          <w:i/>
          <w:color w:val="8A9AB4"/>
          <w:sz w:val="19"/>
        </w:rPr>
        <w:t>Payment terms: [e.g. within 30 days]. Sort code [00-00-00], account number [00000000].</w:t>
      </w:r>
    </w:p>
    <w:p>
      <w:r>
        <w:rPr>
          <w:b w:val="0"/>
          <w:i/>
          <w:color w:val="8A9AB4"/>
          <w:sz w:val="19"/>
        </w:rPr>
        <w:t>Please use the invoice number as the payment reference.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64748B"/>
        <w:sz w:val="16"/>
      </w:rPr>
      <w:t>Made with the free VAT invoice template from invoicegenapp.com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 w:eastAsia="Arial"/>
      <w:color w:val="1E293B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VAT Invoice Template UK</dc:title>
  <dc:subject/>
  <dc:creator>Simple Invoice Generator</dc:creator>
  <cp:keywords/>
  <dc:description>Free template from https://invoicegenapp.com/blog/invoice-template-uk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