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name or business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TAX 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business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ABN: [00 000 000 000]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[Address, suburb, state, postcode]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business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ABN: [client ABN — for sales of $1,000+]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[Address, suburb, state, postcode]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3402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ISSUE DATE</w:t>
            </w:r>
          </w:p>
        </w:tc>
        <w:tc>
          <w:tcPr>
            <w:tcW w:type="dxa" w:w="3402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</w:tr>
      <w:tr>
        <w:tc>
          <w:tcPr>
            <w:tcW w:type="dxa" w:w="3402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3402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3402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 of service or goods]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 (excl. GST)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GST (10%)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Total incl. GST (AUD)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due within 14 days of the issue date].</w:t>
      </w:r>
    </w:p>
    <w:p>
      <w:r>
        <w:rPr>
          <w:b w:val="0"/>
          <w:i/>
          <w:color w:val="8A9AB4"/>
          <w:sz w:val="19"/>
        </w:rPr>
        <w:t>Payment details: BSB [000-000], account number [00000000], account name [your name].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p>
      <w:r>
        <w:rPr>
          <w:b w:val="0"/>
          <w:i/>
          <w:color w:val="8A9AB4"/>
          <w:sz w:val="19"/>
        </w:rPr>
        <w:t>[If some items are GST-free, mark them "GST-free" in the description.]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tax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 Australia</dc:title>
  <dc:subject/>
  <dc:creator>Simple Invoice Generator</dc:creator>
  <cp:keywords/>
  <dc:description>Free template from https://invoicegenapp.com/blog/tax-invoice-template-australia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