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B6B85"/>
          <w:sz w:val="22"/>
        </w:rPr>
        <w:t>[Your name or business name]</w:t>
      </w:r>
    </w:p>
    <w:p>
      <w:r>
        <w:rPr>
          <w:color w:val="5B6B85"/>
          <w:sz w:val="22"/>
        </w:rPr>
        <w:t>[Address]</w:t>
      </w:r>
    </w:p>
    <w:p>
      <w:r>
        <w:rPr>
          <w:color w:val="5B6B85"/>
          <w:sz w:val="22"/>
        </w:rPr>
        <w:t>[Email]</w:t>
      </w:r>
      <w:r>
        <w:rPr>
          <w:sz w:val="22"/>
        </w:rPr>
        <w:t xml:space="preserve"> · </w:t>
      </w:r>
      <w:r>
        <w:rPr>
          <w:color w:val="5B6B85"/>
          <w:sz w:val="22"/>
        </w:rPr>
        <w:t>[Phone]</w:t>
      </w:r>
    </w:p>
    <w:p/>
    <w:p>
      <w:r>
        <w:rPr>
          <w:color w:val="5B6B85"/>
          <w:sz w:val="22"/>
        </w:rPr>
        <w:t>[Date]</w:t>
      </w:r>
    </w:p>
    <w:p/>
    <w:p>
      <w:r>
        <w:rPr>
          <w:color w:val="5B6B85"/>
          <w:sz w:val="22"/>
        </w:rPr>
        <w:t>[Client name]</w:t>
      </w:r>
    </w:p>
    <w:p>
      <w:r>
        <w:rPr>
          <w:color w:val="5B6B85"/>
          <w:sz w:val="22"/>
        </w:rPr>
        <w:t>[Client company]</w:t>
      </w:r>
    </w:p>
    <w:p>
      <w:r>
        <w:rPr>
          <w:color w:val="5B6B85"/>
          <w:sz w:val="22"/>
        </w:rPr>
        <w:t>[Client address]</w:t>
      </w:r>
    </w:p>
    <w:p/>
    <w:p>
      <w:r>
        <w:rPr>
          <w:b/>
          <w:i w:val="0"/>
          <w:color w:val="1E293B"/>
          <w:sz w:val="22"/>
        </w:rPr>
        <w:t>Re: Payment reminder — invoice [number]</w:t>
      </w:r>
    </w:p>
    <w:p/>
    <w:p>
      <w:r>
        <w:rPr>
          <w:sz w:val="22"/>
        </w:rPr>
        <w:t xml:space="preserve">Dear </w:t>
      </w:r>
      <w:r>
        <w:rPr>
          <w:color w:val="5B6B85"/>
          <w:sz w:val="22"/>
        </w:rPr>
        <w:t>[client name]</w:t>
      </w:r>
      <w:r>
        <w:rPr>
          <w:sz w:val="22"/>
        </w:rPr>
        <w:t>,</w:t>
      </w:r>
    </w:p>
    <w:p/>
    <w:p>
      <w:r>
        <w:rPr>
          <w:sz w:val="22"/>
        </w:rPr>
        <w:t xml:space="preserve">I hope you are well. This is a friendly reminder that invoice </w:t>
      </w:r>
      <w:r>
        <w:rPr>
          <w:color w:val="5B6B85"/>
          <w:sz w:val="22"/>
        </w:rPr>
        <w:t>[number]</w:t>
      </w:r>
      <w:r>
        <w:rPr>
          <w:sz w:val="22"/>
        </w:rPr>
        <w:t xml:space="preserve">, dated </w:t>
      </w:r>
      <w:r>
        <w:rPr>
          <w:color w:val="5B6B85"/>
          <w:sz w:val="22"/>
        </w:rPr>
        <w:t>[invoice date]</w:t>
      </w:r>
      <w:r>
        <w:rPr>
          <w:sz w:val="22"/>
        </w:rPr>
        <w:t xml:space="preserve">, for </w:t>
      </w:r>
      <w:r>
        <w:rPr>
          <w:color w:val="5B6B85"/>
          <w:sz w:val="22"/>
        </w:rPr>
        <w:t>[amount]</w:t>
      </w:r>
      <w:r>
        <w:rPr>
          <w:sz w:val="22"/>
        </w:rPr>
        <w:t xml:space="preserve"> was due for payment on </w:t>
      </w:r>
      <w:r>
        <w:rPr>
          <w:color w:val="5B6B85"/>
          <w:sz w:val="22"/>
        </w:rPr>
        <w:t>[due date]</w:t>
      </w:r>
      <w:r>
        <w:rPr>
          <w:sz w:val="22"/>
        </w:rPr>
        <w:t>. According to my records it has not been paid yet.</w:t>
      </w:r>
    </w:p>
    <w:p/>
    <w:p>
      <w:r>
        <w:rPr>
          <w:sz w:val="22"/>
        </w:rPr>
        <w:t xml:space="preserve">If the payment is already on its way, thank you, and please ignore this letter. If not, I would be grateful if you could arrange payment by </w:t>
      </w:r>
      <w:r>
        <w:rPr>
          <w:color w:val="5B6B85"/>
          <w:sz w:val="22"/>
        </w:rPr>
        <w:t>[date, e.g. 7 days from the date of this letter]</w:t>
      </w:r>
      <w:r>
        <w:rPr>
          <w:sz w:val="22"/>
        </w:rPr>
        <w:t>, using the details below:</w:t>
      </w:r>
    </w:p>
    <w:p/>
    <w:p>
      <w:r>
        <w:rPr>
          <w:sz w:val="22"/>
        </w:rPr>
        <w:t xml:space="preserve">Bank: </w:t>
      </w:r>
      <w:r>
        <w:rPr>
          <w:color w:val="5B6B85"/>
          <w:sz w:val="22"/>
        </w:rPr>
        <w:t>[bank name]</w:t>
      </w:r>
    </w:p>
    <w:p>
      <w:r>
        <w:rPr>
          <w:sz w:val="22"/>
        </w:rPr>
        <w:t xml:space="preserve">Account name: </w:t>
      </w:r>
      <w:r>
        <w:rPr>
          <w:color w:val="5B6B85"/>
          <w:sz w:val="22"/>
        </w:rPr>
        <w:t>[account name]</w:t>
      </w:r>
    </w:p>
    <w:p>
      <w:r>
        <w:rPr>
          <w:sz w:val="22"/>
        </w:rPr>
        <w:t xml:space="preserve">Account number / IBAN: </w:t>
      </w:r>
      <w:r>
        <w:rPr>
          <w:color w:val="5B6B85"/>
          <w:sz w:val="22"/>
        </w:rPr>
        <w:t>[number]</w:t>
      </w:r>
    </w:p>
    <w:p>
      <w:r>
        <w:rPr>
          <w:sz w:val="22"/>
        </w:rPr>
        <w:t xml:space="preserve">Payment reference: </w:t>
      </w:r>
      <w:r>
        <w:rPr>
          <w:color w:val="5B6B85"/>
          <w:sz w:val="22"/>
        </w:rPr>
        <w:t>[invoice number]</w:t>
      </w:r>
    </w:p>
    <w:p/>
    <w:p>
      <w:r>
        <w:rPr>
          <w:sz w:val="22"/>
        </w:rPr>
        <w:t xml:space="preserve">I have enclosed a copy of the invoice. If you have any questions about it, please contact me at </w:t>
      </w:r>
      <w:r>
        <w:rPr>
          <w:color w:val="5B6B85"/>
          <w:sz w:val="22"/>
        </w:rPr>
        <w:t>[email / phone]</w:t>
      </w:r>
      <w:r>
        <w:rPr>
          <w:sz w:val="22"/>
        </w:rPr>
        <w:t>.</w:t>
      </w:r>
    </w:p>
    <w:p/>
    <w:p>
      <w:r>
        <w:rPr>
          <w:sz w:val="22"/>
        </w:rPr>
        <w:t>Yours sincerely,</w:t>
      </w:r>
    </w:p>
    <w:p/>
    <w:p>
      <w:r>
        <w:rPr>
          <w:color w:val="5B6B85"/>
          <w:sz w:val="22"/>
        </w:rPr>
        <w:t>[Signature]</w:t>
      </w:r>
    </w:p>
    <w:p>
      <w:r>
        <w:rPr>
          <w:color w:val="5B6B85"/>
          <w:sz w:val="22"/>
        </w:rPr>
        <w:t>[Your name]</w:t>
      </w:r>
    </w:p>
    <w:p>
      <w:r>
        <w:rPr>
          <w:color w:val="5B6B85"/>
          <w:sz w:val="22"/>
        </w:rPr>
        <w:t>[Your business name]</w:t>
      </w:r>
    </w:p>
    <w:p/>
    <w:p>
      <w:r>
        <w:rPr>
          <w:sz w:val="22"/>
        </w:rPr>
        <w:t xml:space="preserve">Enclosed: copy of invoice </w:t>
      </w:r>
      <w:r>
        <w:rPr>
          <w:color w:val="5B6B85"/>
          <w:sz w:val="22"/>
        </w:rPr>
        <w:t>[number]</w:t>
      </w:r>
    </w:p>
    <w:sectPr w:rsidR="00FC693F" w:rsidRPr="0006063C" w:rsidSect="00034616">
      <w:footerReference w:type="default" r:id="rId9"/>
      <w:pgSz w:w="12240" w:h="15840"/>
      <w:pgMar w:top="1247" w:right="1361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Free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Payment Reminder Letter for an Overdue Invoice</dc:title>
  <dc:subject/>
  <dc:creator>Simple Invoice Generator</dc:creator>
  <cp:keywords/>
  <dc:description>Free template from https://invoicegenapp.com/blog/payment-reminder-letter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