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B6B85"/>
          <w:sz w:val="22"/>
        </w:rPr>
        <w:t>[Your name or business name]</w:t>
      </w:r>
    </w:p>
    <w:p>
      <w:r>
        <w:rPr>
          <w:color w:val="5B6B85"/>
          <w:sz w:val="22"/>
        </w:rPr>
        <w:t>[Address]</w:t>
      </w:r>
    </w:p>
    <w:p>
      <w:r>
        <w:rPr>
          <w:color w:val="5B6B85"/>
          <w:sz w:val="22"/>
        </w:rPr>
        <w:t>[Email]</w:t>
      </w:r>
      <w:r>
        <w:rPr>
          <w:sz w:val="22"/>
        </w:rPr>
        <w:t xml:space="preserve"> · </w:t>
      </w:r>
      <w:r>
        <w:rPr>
          <w:color w:val="5B6B85"/>
          <w:sz w:val="22"/>
        </w:rPr>
        <w:t>[Phone]</w:t>
      </w:r>
    </w:p>
    <w:p/>
    <w:p>
      <w:r>
        <w:rPr>
          <w:color w:val="5B6B85"/>
          <w:sz w:val="22"/>
        </w:rPr>
        <w:t>[Date]</w:t>
      </w:r>
    </w:p>
    <w:p/>
    <w:p>
      <w:r>
        <w:rPr>
          <w:color w:val="5B6B85"/>
          <w:sz w:val="22"/>
        </w:rPr>
        <w:t>[Client name]</w:t>
      </w:r>
    </w:p>
    <w:p>
      <w:r>
        <w:rPr>
          <w:color w:val="5B6B85"/>
          <w:sz w:val="22"/>
        </w:rPr>
        <w:t>[Client company]</w:t>
      </w:r>
    </w:p>
    <w:p>
      <w:r>
        <w:rPr>
          <w:color w:val="5B6B85"/>
          <w:sz w:val="22"/>
        </w:rPr>
        <w:t>[Client address]</w:t>
      </w:r>
    </w:p>
    <w:p/>
    <w:p>
      <w:r>
        <w:rPr>
          <w:b/>
          <w:i w:val="0"/>
          <w:color w:val="1E293B"/>
          <w:sz w:val="22"/>
        </w:rPr>
        <w:t>Re: Second reminder — overdue invoice [number]</w:t>
      </w:r>
    </w:p>
    <w:p/>
    <w:p>
      <w:r>
        <w:rPr>
          <w:sz w:val="22"/>
        </w:rPr>
        <w:t xml:space="preserve">Dear </w:t>
      </w:r>
      <w:r>
        <w:rPr>
          <w:color w:val="5B6B85"/>
          <w:sz w:val="22"/>
        </w:rPr>
        <w:t>[client name]</w:t>
      </w:r>
      <w:r>
        <w:rPr>
          <w:sz w:val="22"/>
        </w:rPr>
        <w:t>,</w:t>
      </w:r>
    </w:p>
    <w:p/>
    <w:p>
      <w:r>
        <w:rPr>
          <w:sz w:val="22"/>
        </w:rPr>
        <w:t xml:space="preserve">I wrote to you on </w:t>
      </w:r>
      <w:r>
        <w:rPr>
          <w:color w:val="5B6B85"/>
          <w:sz w:val="22"/>
        </w:rPr>
        <w:t>[date of first reminder]</w:t>
      </w:r>
      <w:r>
        <w:rPr>
          <w:sz w:val="22"/>
        </w:rPr>
        <w:t xml:space="preserve"> about invoice </w:t>
      </w:r>
      <w:r>
        <w:rPr>
          <w:color w:val="5B6B85"/>
          <w:sz w:val="22"/>
        </w:rPr>
        <w:t>[number]</w:t>
      </w:r>
      <w:r>
        <w:rPr>
          <w:sz w:val="22"/>
        </w:rPr>
        <w:t xml:space="preserve">, dated </w:t>
      </w:r>
      <w:r>
        <w:rPr>
          <w:color w:val="5B6B85"/>
          <w:sz w:val="22"/>
        </w:rPr>
        <w:t>[invoice date]</w:t>
      </w:r>
      <w:r>
        <w:rPr>
          <w:sz w:val="22"/>
        </w:rPr>
        <w:t xml:space="preserve">, for </w:t>
      </w:r>
      <w:r>
        <w:rPr>
          <w:color w:val="5B6B85"/>
          <w:sz w:val="22"/>
        </w:rPr>
        <w:t>[amount]</w:t>
      </w:r>
      <w:r>
        <w:rPr>
          <w:sz w:val="22"/>
        </w:rPr>
        <w:t xml:space="preserve">. The invoice was due on </w:t>
      </w:r>
      <w:r>
        <w:rPr>
          <w:color w:val="5B6B85"/>
          <w:sz w:val="22"/>
        </w:rPr>
        <w:t>[due date]</w:t>
      </w:r>
      <w:r>
        <w:rPr>
          <w:sz w:val="22"/>
        </w:rPr>
        <w:t xml:space="preserve"> and is now </w:t>
      </w:r>
      <w:r>
        <w:rPr>
          <w:color w:val="5B6B85"/>
          <w:sz w:val="22"/>
        </w:rPr>
        <w:t>[number]</w:t>
      </w:r>
      <w:r>
        <w:rPr>
          <w:sz w:val="22"/>
        </w:rPr>
        <w:t xml:space="preserve"> days overdue. I have not yet received payment or a reply.</w:t>
      </w:r>
    </w:p>
    <w:p/>
    <w:p>
      <w:r>
        <w:rPr>
          <w:sz w:val="22"/>
        </w:rPr>
        <w:t xml:space="preserve">Please pay the outstanding balance of </w:t>
      </w:r>
      <w:r>
        <w:rPr>
          <w:color w:val="5B6B85"/>
          <w:sz w:val="22"/>
        </w:rPr>
        <w:t>[amount]</w:t>
      </w:r>
      <w:r>
        <w:rPr>
          <w:sz w:val="22"/>
        </w:rPr>
        <w:t xml:space="preserve"> by </w:t>
      </w:r>
      <w:r>
        <w:rPr>
          <w:color w:val="5B6B85"/>
          <w:sz w:val="22"/>
        </w:rPr>
        <w:t>[date, e.g. 7 days from the date of this letter]</w:t>
      </w:r>
      <w:r>
        <w:rPr>
          <w:sz w:val="22"/>
        </w:rPr>
        <w:t>, using the details below:</w:t>
      </w:r>
    </w:p>
    <w:p/>
    <w:p>
      <w:r>
        <w:rPr>
          <w:sz w:val="22"/>
        </w:rPr>
        <w:t xml:space="preserve">Bank: </w:t>
      </w:r>
      <w:r>
        <w:rPr>
          <w:color w:val="5B6B85"/>
          <w:sz w:val="22"/>
        </w:rPr>
        <w:t>[bank name]</w:t>
      </w:r>
    </w:p>
    <w:p>
      <w:r>
        <w:rPr>
          <w:sz w:val="22"/>
        </w:rPr>
        <w:t xml:space="preserve">Account name: </w:t>
      </w:r>
      <w:r>
        <w:rPr>
          <w:color w:val="5B6B85"/>
          <w:sz w:val="22"/>
        </w:rPr>
        <w:t>[account name]</w:t>
      </w:r>
    </w:p>
    <w:p>
      <w:r>
        <w:rPr>
          <w:sz w:val="22"/>
        </w:rPr>
        <w:t xml:space="preserve">Account number / IBAN: </w:t>
      </w:r>
      <w:r>
        <w:rPr>
          <w:color w:val="5B6B85"/>
          <w:sz w:val="22"/>
        </w:rPr>
        <w:t>[number]</w:t>
      </w:r>
    </w:p>
    <w:p>
      <w:r>
        <w:rPr>
          <w:sz w:val="22"/>
        </w:rPr>
        <w:t xml:space="preserve">Payment reference: </w:t>
      </w:r>
      <w:r>
        <w:rPr>
          <w:color w:val="5B6B85"/>
          <w:sz w:val="22"/>
        </w:rPr>
        <w:t>[invoice number]</w:t>
      </w:r>
    </w:p>
    <w:p/>
    <w:p>
      <w:r>
        <w:rPr>
          <w:sz w:val="22"/>
        </w:rPr>
        <w:t xml:space="preserve">As set out in my payment terms, </w:t>
      </w:r>
      <w:r>
        <w:rPr>
          <w:color w:val="5B6B85"/>
          <w:sz w:val="22"/>
        </w:rPr>
        <w:t>[a late fee of X / interest at X%]</w:t>
      </w:r>
      <w:r>
        <w:rPr>
          <w:sz w:val="22"/>
        </w:rPr>
        <w:t xml:space="preserve"> may be added to the balance if it is still unpaid after that date.</w:t>
      </w:r>
    </w:p>
    <w:p/>
    <w:p>
      <w:r>
        <w:rPr>
          <w:sz w:val="22"/>
        </w:rPr>
        <w:t>If you have already paid, please send me the payment date and reference so I can match it. If there is a problem with the invoice or the work, please tell me now so we can resolve it.</w:t>
      </w:r>
    </w:p>
    <w:p/>
    <w:p>
      <w:r>
        <w:rPr>
          <w:sz w:val="22"/>
        </w:rPr>
        <w:t>Yours sincerely,</w:t>
      </w:r>
    </w:p>
    <w:p/>
    <w:p>
      <w:r>
        <w:rPr>
          <w:color w:val="5B6B85"/>
          <w:sz w:val="22"/>
        </w:rPr>
        <w:t>[Signature]</w:t>
      </w:r>
    </w:p>
    <w:p>
      <w:r>
        <w:rPr>
          <w:color w:val="5B6B85"/>
          <w:sz w:val="22"/>
        </w:rPr>
        <w:t>[Your name]</w:t>
      </w:r>
    </w:p>
    <w:p>
      <w:r>
        <w:rPr>
          <w:color w:val="5B6B85"/>
          <w:sz w:val="22"/>
        </w:rPr>
        <w:t>[Your business name]</w:t>
      </w:r>
    </w:p>
    <w:p/>
    <w:p>
      <w:r>
        <w:rPr>
          <w:sz w:val="22"/>
        </w:rPr>
        <w:t xml:space="preserve">Enclosed: copy of invoice </w:t>
      </w:r>
      <w:r>
        <w:rPr>
          <w:color w:val="5B6B85"/>
          <w:sz w:val="22"/>
        </w:rPr>
        <w:t>[number]</w:t>
      </w:r>
    </w:p>
    <w:sectPr w:rsidR="00FC693F" w:rsidRPr="0006063C" w:rsidSect="00034616">
      <w:footerReference w:type="default" r:id="rId9"/>
      <w:pgSz w:w="12240" w:h="15840"/>
      <w:pgMar w:top="1247" w:right="1361" w:bottom="90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64748B"/>
        <w:sz w:val="16"/>
      </w:rPr>
      <w:t>Free template from invoicegenapp.com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eastAsia="Arial"/>
      <w:color w:val="1E293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Second Payment Reminder Letter for an Overdue Invoice</dc:title>
  <dc:subject/>
  <dc:creator>Simple Invoice Generator</dc:creator>
  <cp:keywords/>
  <dc:description>Free template from https://invoicegenapp.com/blog/payment-reminder-letter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