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386"/>
        <w:gridCol w:w="4819"/>
      </w:tblGrid>
      <w:tr>
        <w:tc>
          <w:tcPr>
            <w:tcW w:type="dxa" w:w="5386"/>
          </w:tcPr>
          <w:p>
            <w:r>
              <w:rPr>
                <w:b/>
                <w:i w:val="0"/>
                <w:color w:val="1E293B"/>
                <w:sz w:val="32"/>
              </w:rPr>
              <w:t>[Your name or business name]</w:t>
            </w:r>
          </w:p>
          <w:p>
            <w:r>
              <w:rPr>
                <w:b w:val="0"/>
                <w:i/>
                <w:color w:val="8A9AB4"/>
                <w:sz w:val="18"/>
              </w:rPr>
              <w:t>[Your logo can go here]</w:t>
            </w:r>
          </w:p>
        </w:tc>
        <w:tc>
          <w:tcPr>
            <w:tcW w:type="dxa" w:w="4819"/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52"/>
              </w:rPr>
              <w:t>INVOICE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02"/>
        <w:gridCol w:w="5102"/>
      </w:tblGrid>
      <w:tr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FROM</w:t>
            </w:r>
          </w:p>
          <w:p>
            <w:r>
              <w:rPr>
                <w:b/>
                <w:i w:val="0"/>
                <w:color w:val="1E293B"/>
                <w:sz w:val="22"/>
              </w:rPr>
              <w:t>[Your name or business name]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ABN: [00 000 000 000]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email]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phone]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[Address, suburb, state, postcode]</w:t>
            </w:r>
          </w:p>
        </w:tc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BILL TO</w:t>
            </w:r>
          </w:p>
          <w:p>
            <w:r>
              <w:rPr>
                <w:b/>
                <w:i w:val="0"/>
                <w:color w:val="1E293B"/>
                <w:sz w:val="22"/>
              </w:rPr>
              <w:t>[Client name or business name]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[Contact person]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[Address, suburb, state, postcode]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[Client email]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INVOICE #</w:t>
            </w:r>
          </w:p>
        </w:tc>
        <w:tc>
          <w:tcPr>
            <w:tcW w:type="dxa" w:w="3402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ISSUE DATE</w:t>
            </w:r>
          </w:p>
        </w:tc>
        <w:tc>
          <w:tcPr>
            <w:tcW w:type="dxa" w:w="3402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DUE DATE</w:t>
            </w:r>
          </w:p>
        </w:tc>
      </w:tr>
      <w:tr>
        <w:tc>
          <w:tcPr>
            <w:tcW w:type="dxa" w:w="3402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[0000]</w:t>
            </w:r>
          </w:p>
        </w:tc>
        <w:tc>
          <w:tcPr>
            <w:tcW w:type="dxa" w:w="3402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[DD / MM / YYYY]</w:t>
            </w:r>
          </w:p>
        </w:tc>
        <w:tc>
          <w:tcPr>
            <w:tcW w:type="dxa" w:w="3402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[DD / MM / YYYY]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EEA"/>
          <w:left w:val="single" w:sz="4" w:color="D5DEEA"/>
          <w:bottom w:val="single" w:sz="4" w:color="D5DEEA"/>
          <w:right w:val="single" w:sz="4" w:color="D5DEEA"/>
          <w:insideH w:val="single" w:sz="4" w:color="D5DEEA"/>
          <w:insideV w:val="nil"/>
        </w:tblBorders>
        <w:tblLayout w:type="fixed"/>
      </w:tblPr>
      <w:tblGrid>
        <w:gridCol w:w="5443"/>
        <w:gridCol w:w="1247"/>
        <w:gridCol w:w="1701"/>
        <w:gridCol w:w="1814"/>
      </w:tblGrid>
      <w:tr>
        <w:tc>
          <w:tcPr>
            <w:tcW w:type="dxa" w:w="5443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FFFFFF"/>
                <w:sz w:val="17"/>
              </w:rPr>
              <w:t>DESCRIPTION</w:t>
            </w:r>
          </w:p>
        </w:tc>
        <w:tc>
          <w:tcPr>
            <w:tcW w:type="dxa" w:w="1247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QTY</w:t>
            </w:r>
          </w:p>
        </w:tc>
        <w:tc>
          <w:tcPr>
            <w:tcW w:type="dxa" w:w="1701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RATE</w:t>
            </w:r>
          </w:p>
        </w:tc>
        <w:tc>
          <w:tcPr>
            <w:tcW w:type="dxa" w:w="1814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AMOUNT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[Description of service or goods]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[Description]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[Description]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[Description]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 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 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252"/>
        <w:gridCol w:w="3969"/>
        <w:gridCol w:w="1984"/>
      </w:tblGrid>
      <w:tr>
        <w:tc>
          <w:tcPr>
            <w:tcW w:type="dxa" w:w="4252"/>
          </w:tcPr>
          <w:p/>
        </w:tc>
        <w:tc>
          <w:tcPr>
            <w:tcW w:type="dxa" w:w="3969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Subtotal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252"/>
          </w:tcPr>
          <w:p/>
        </w:tc>
        <w:tc>
          <w:tcPr>
            <w:tcW w:type="dxa" w:w="3969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Total due (AUD)</w:t>
            </w:r>
          </w:p>
        </w:tc>
        <w:tc>
          <w:tcPr>
            <w:tcW w:type="dxa" w:w="1984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26"/>
              </w:rPr>
              <w:t>[$0.00]</w:t>
            </w:r>
          </w:p>
        </w:tc>
      </w:tr>
    </w:tbl>
    <w:p>
      <w:pPr>
        <w:spacing w:after="200"/>
      </w:pPr>
    </w:p>
    <w:p>
      <w:r>
        <w:rPr>
          <w:b/>
          <w:i w:val="0"/>
          <w:color w:val="64748B"/>
          <w:sz w:val="16"/>
        </w:rPr>
        <w:t>PAYMENT TERMS &amp; NOTES</w:t>
      </w:r>
    </w:p>
    <w:p>
      <w:r>
        <w:rPr>
          <w:b w:val="0"/>
          <w:i/>
          <w:color w:val="8A9AB4"/>
          <w:sz w:val="19"/>
        </w:rPr>
        <w:t>No GST has been charged (not registered for GST).</w:t>
      </w:r>
    </w:p>
    <w:p>
      <w:r>
        <w:rPr>
          <w:b w:val="0"/>
          <w:i/>
          <w:color w:val="8A9AB4"/>
          <w:sz w:val="19"/>
        </w:rPr>
        <w:t>Payment terms: [e.g. due within 14 days]. BSB [000-000], account number [00000000], account name [your name].</w:t>
      </w:r>
    </w:p>
    <w:p>
      <w:r>
        <w:rPr>
          <w:b w:val="0"/>
          <w:i/>
          <w:color w:val="8A9AB4"/>
          <w:sz w:val="19"/>
        </w:rPr>
        <w:t>Please use the invoice number as the payment reference.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4748B"/>
        <w:sz w:val="16"/>
      </w:rPr>
      <w:t>Made with the free invoice template from invoicegenapp.com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1E29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Australia (no GST)</dc:title>
  <dc:subject/>
  <dc:creator>Simple Invoice Generator</dc:creator>
  <cp:keywords/>
  <dc:description>Free template from https://invoicegenapp.com/blog/tax-invoice-template-australia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