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669"/>
        <w:gridCol w:w="4535"/>
      </w:tblGrid>
      <w:tr>
        <w:tc>
          <w:tcPr>
            <w:tcW w:type="dxa" w:w="5669"/>
          </w:tcPr>
          <w:p>
            <w:r>
              <w:rPr>
                <w:b/>
                <w:i w:val="0"/>
                <w:color w:val="1E293B"/>
                <w:sz w:val="32"/>
              </w:rPr>
              <w:t>[Your name or studio name]</w:t>
            </w:r>
          </w:p>
          <w:p>
            <w:r>
              <w:rPr>
                <w:b w:val="0"/>
                <w:i/>
                <w:color w:val="8A9AB4"/>
                <w:sz w:val="18"/>
              </w:rPr>
              <w:t>[Your logo can go here]</w:t>
            </w:r>
          </w:p>
        </w:tc>
        <w:tc>
          <w:tcPr>
            <w:tcW w:type="dxa" w:w="4535"/>
          </w:tcPr>
          <w:p>
            <w:pPr>
              <w:jc w:val="right"/>
            </w:pPr>
            <w:r>
              <w:rPr>
                <w:b/>
                <w:i w:val="0"/>
                <w:color w:val="1A6FE0"/>
                <w:sz w:val="56"/>
              </w:rPr>
              <w:t>INVOICE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02"/>
        <w:gridCol w:w="5102"/>
      </w:tblGrid>
      <w:tr>
        <w:tc>
          <w:tcPr>
            <w:tcW w:type="dxa" w:w="5102"/>
          </w:tcPr>
          <w:p>
            <w:r>
              <w:rPr>
                <w:b/>
                <w:i w:val="0"/>
                <w:color w:val="64748B"/>
                <w:sz w:val="16"/>
              </w:rPr>
              <w:t>FROM</w:t>
            </w:r>
          </w:p>
          <w:p>
            <w:r>
              <w:rPr>
                <w:b/>
                <w:i w:val="0"/>
                <w:color w:val="1E293B"/>
                <w:sz w:val="22"/>
              </w:rPr>
              <w:t>[Your name or studio name]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[Your email]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[Your phone]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[Business / tax number, if any]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[City, Country]</w:t>
            </w:r>
          </w:p>
        </w:tc>
        <w:tc>
          <w:tcPr>
            <w:tcW w:type="dxa" w:w="5102"/>
          </w:tcPr>
          <w:p>
            <w:r>
              <w:rPr>
                <w:b/>
                <w:i w:val="0"/>
                <w:color w:val="64748B"/>
                <w:sz w:val="16"/>
              </w:rPr>
              <w:t>BILL TO</w:t>
            </w:r>
          </w:p>
          <w:p>
            <w:r>
              <w:rPr>
                <w:b/>
                <w:i w:val="0"/>
                <w:color w:val="1E293B"/>
                <w:sz w:val="22"/>
              </w:rPr>
              <w:t>[Client company or name]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[Contact person]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[Billing address]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[City, postal code]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[Client email]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INVOICE #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ISSUE DATE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DUE DATE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PROJECT</w:t>
            </w:r>
          </w:p>
        </w:tc>
      </w:tr>
      <w:tr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[0000]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[DD / MM / YYYY]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A6FE0"/>
                <w:sz w:val="22"/>
              </w:rPr>
              <w:t>[DD / MM / YYYY]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[Project name]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5DEEA"/>
          <w:left w:val="single" w:sz="4" w:color="D5DEEA"/>
          <w:bottom w:val="single" w:sz="4" w:color="D5DEEA"/>
          <w:right w:val="single" w:sz="4" w:color="D5DEEA"/>
          <w:insideH w:val="single" w:sz="4" w:color="D5DEEA"/>
          <w:insideV w:val="nil"/>
        </w:tblBorders>
        <w:tblLayout w:type="fixed"/>
      </w:tblPr>
      <w:tblGrid>
        <w:gridCol w:w="5443"/>
        <w:gridCol w:w="1247"/>
        <w:gridCol w:w="1701"/>
        <w:gridCol w:w="1814"/>
      </w:tblGrid>
      <w:tr>
        <w:tc>
          <w:tcPr>
            <w:tcW w:type="dxa" w:w="5443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FFFFFF"/>
                <w:sz w:val="17"/>
              </w:rPr>
              <w:t>DESCRIPTION</w:t>
            </w:r>
          </w:p>
        </w:tc>
        <w:tc>
          <w:tcPr>
            <w:tcW w:type="dxa" w:w="1247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QTY</w:t>
            </w:r>
          </w:p>
        </w:tc>
        <w:tc>
          <w:tcPr>
            <w:tcW w:type="dxa" w:w="1701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RATE</w:t>
            </w:r>
          </w:p>
        </w:tc>
        <w:tc>
          <w:tcPr>
            <w:tcW w:type="dxa" w:w="1814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AMOUNT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[Logo design — e.g. 3 initial concepts]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[Revision rounds included — 0.00]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[Additional revision round]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[Brand guidelines document]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[Source files (AI / PSD / Figma)]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[Usage license — e.g. national campaign]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 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 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3402"/>
        <w:gridCol w:w="1984"/>
      </w:tblGrid>
      <w:tr>
        <w:tc>
          <w:tcPr>
            <w:tcW w:type="dxa" w:w="4819"/>
          </w:tcPr>
          <w:p/>
        </w:tc>
        <w:tc>
          <w:tcPr>
            <w:tcW w:type="dxa" w:w="3402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Subtotal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[$0.00]</w:t>
            </w:r>
          </w:p>
        </w:tc>
      </w:tr>
      <w:tr>
        <w:tc>
          <w:tcPr>
            <w:tcW w:type="dxa" w:w="4819"/>
          </w:tcPr>
          <w:p/>
        </w:tc>
        <w:tc>
          <w:tcPr>
            <w:tcW w:type="dxa" w:w="3402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Tax ([0]%)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[$0.00]</w:t>
            </w:r>
          </w:p>
        </w:tc>
      </w:tr>
      <w:tr>
        <w:tc>
          <w:tcPr>
            <w:tcW w:type="dxa" w:w="4819"/>
          </w:tcPr>
          <w:p/>
        </w:tc>
        <w:tc>
          <w:tcPr>
            <w:tcW w:type="dxa" w:w="3402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Discount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[$0.00]</w:t>
            </w:r>
          </w:p>
        </w:tc>
      </w:tr>
      <w:tr>
        <w:tc>
          <w:tcPr>
            <w:tcW w:type="dxa" w:w="4819"/>
          </w:tcPr>
          <w:p/>
        </w:tc>
        <w:tc>
          <w:tcPr>
            <w:tcW w:type="dxa" w:w="3402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Deposit paid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[−$0.00]</w:t>
            </w:r>
          </w:p>
        </w:tc>
      </w:tr>
      <w:tr>
        <w:tc>
          <w:tcPr>
            <w:tcW w:type="dxa" w:w="4819"/>
          </w:tcPr>
          <w:p/>
        </w:tc>
        <w:tc>
          <w:tcPr>
            <w:tcW w:type="dxa" w:w="3402"/>
            <w:shd w:val="clear" w:color="auto" w:fill="E3EEFC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A6FE0"/>
                <w:sz w:val="22"/>
              </w:rPr>
              <w:t>Balance Due ([USD])</w:t>
            </w:r>
          </w:p>
        </w:tc>
        <w:tc>
          <w:tcPr>
            <w:tcW w:type="dxa" w:w="1984"/>
            <w:shd w:val="clear" w:color="auto" w:fill="E3EEFC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1A6FE0"/>
                <w:sz w:val="26"/>
              </w:rPr>
              <w:t>[$0.00]</w:t>
            </w:r>
          </w:p>
        </w:tc>
      </w:tr>
    </w:tbl>
    <w:p>
      <w:pPr>
        <w:spacing w:after="200"/>
      </w:pPr>
    </w:p>
    <w:p>
      <w:r>
        <w:rPr>
          <w:b/>
          <w:i w:val="0"/>
          <w:color w:val="64748B"/>
          <w:sz w:val="16"/>
        </w:rPr>
        <w:t>PAYMENT TERMS &amp; NOTES</w:t>
      </w:r>
    </w:p>
    <w:p>
      <w:r>
        <w:rPr>
          <w:b w:val="0"/>
          <w:i/>
          <w:color w:val="8A9AB4"/>
          <w:sz w:val="19"/>
        </w:rPr>
        <w:t>Payment terms: [e.g. Net 14 — due within 14 days of the issue date].</w:t>
      </w:r>
    </w:p>
    <w:p>
      <w:r>
        <w:rPr>
          <w:b w:val="0"/>
          <w:i/>
          <w:color w:val="8A9AB4"/>
          <w:sz w:val="19"/>
        </w:rPr>
        <w:t>Payment methods: [bank transfer / PayPal / card] — [your payment details].</w:t>
      </w:r>
    </w:p>
    <w:p>
      <w:r>
        <w:rPr>
          <w:b w:val="0"/>
          <w:i/>
          <w:color w:val="8A9AB4"/>
          <w:sz w:val="19"/>
        </w:rPr>
        <w:t>Please use the invoice number as the payment reference.</w:t>
      </w:r>
    </w:p>
    <w:p>
      <w:r>
        <w:rPr>
          <w:b w:val="0"/>
          <w:i/>
          <w:color w:val="8A9AB4"/>
          <w:sz w:val="19"/>
        </w:rPr>
        <w:t>Notes: [final files and usage rights are released on full payment; thank-you message].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64748B"/>
        <w:sz w:val="16"/>
      </w:rPr>
      <w:t>Made with the free graphic design invoice template from invoicegenapp.com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1E293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Graphic Design Invoice Template</dc:title>
  <dc:subject/>
  <dc:creator>Simple Invoice Generator</dc:creator>
  <cp:keywords/>
  <dc:description>Free template from https://invoicegenapp.com/blog/graphic-design-invoice-template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