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B6B85"/>
          <w:sz w:val="22"/>
        </w:rPr>
        <w:t>[Your name or business name]</w:t>
      </w:r>
    </w:p>
    <w:p>
      <w:r>
        <w:rPr>
          <w:color w:val="5B6B85"/>
          <w:sz w:val="22"/>
        </w:rPr>
        <w:t>[Address]</w:t>
      </w:r>
    </w:p>
    <w:p>
      <w:r>
        <w:rPr>
          <w:color w:val="5B6B85"/>
          <w:sz w:val="22"/>
        </w:rPr>
        <w:t>[Email]</w:t>
      </w:r>
      <w:r>
        <w:rPr>
          <w:sz w:val="22"/>
        </w:rPr>
        <w:t xml:space="preserve"> · </w:t>
      </w:r>
      <w:r>
        <w:rPr>
          <w:color w:val="5B6B85"/>
          <w:sz w:val="22"/>
        </w:rPr>
        <w:t>[Phone]</w:t>
      </w:r>
    </w:p>
    <w:p/>
    <w:p>
      <w:r>
        <w:rPr>
          <w:color w:val="5B6B85"/>
          <w:sz w:val="22"/>
        </w:rPr>
        <w:t>[Date]</w:t>
      </w:r>
    </w:p>
    <w:p/>
    <w:p>
      <w:r>
        <w:rPr>
          <w:color w:val="5B6B85"/>
          <w:sz w:val="22"/>
        </w:rPr>
        <w:t>[Client name]</w:t>
      </w:r>
    </w:p>
    <w:p>
      <w:r>
        <w:rPr>
          <w:color w:val="5B6B85"/>
          <w:sz w:val="22"/>
        </w:rPr>
        <w:t>[Client company]</w:t>
      </w:r>
    </w:p>
    <w:p>
      <w:r>
        <w:rPr>
          <w:color w:val="5B6B85"/>
          <w:sz w:val="22"/>
        </w:rPr>
        <w:t>[Client address]</w:t>
      </w:r>
    </w:p>
    <w:p/>
    <w:p>
      <w:r>
        <w:rPr>
          <w:b/>
          <w:i w:val="0"/>
          <w:color w:val="1E293B"/>
          <w:sz w:val="22"/>
        </w:rPr>
        <w:t>Re: Final notice — unpaid invoice [number]</w:t>
      </w:r>
    </w:p>
    <w:p/>
    <w:p>
      <w:r>
        <w:rPr>
          <w:sz w:val="22"/>
        </w:rPr>
        <w:t xml:space="preserve">Dear </w:t>
      </w:r>
      <w:r>
        <w:rPr>
          <w:color w:val="5B6B85"/>
          <w:sz w:val="22"/>
        </w:rPr>
        <w:t>[client name]</w:t>
      </w:r>
      <w:r>
        <w:rPr>
          <w:sz w:val="22"/>
        </w:rPr>
        <w:t>,</w:t>
      </w:r>
    </w:p>
    <w:p/>
    <w:p>
      <w:r>
        <w:rPr>
          <w:sz w:val="22"/>
        </w:rPr>
        <w:t xml:space="preserve">Our records show that invoice </w:t>
      </w:r>
      <w:r>
        <w:rPr>
          <w:color w:val="5B6B85"/>
          <w:sz w:val="22"/>
        </w:rPr>
        <w:t>[number]</w:t>
      </w:r>
      <w:r>
        <w:rPr>
          <w:sz w:val="22"/>
        </w:rPr>
        <w:t xml:space="preserve">, dated </w:t>
      </w:r>
      <w:r>
        <w:rPr>
          <w:color w:val="5B6B85"/>
          <w:sz w:val="22"/>
        </w:rPr>
        <w:t>[invoice date]</w:t>
      </w:r>
      <w:r>
        <w:rPr>
          <w:sz w:val="22"/>
        </w:rPr>
        <w:t xml:space="preserve">, for </w:t>
      </w:r>
      <w:r>
        <w:rPr>
          <w:color w:val="5B6B85"/>
          <w:sz w:val="22"/>
        </w:rPr>
        <w:t>[amount]</w:t>
      </w:r>
      <w:r>
        <w:rPr>
          <w:sz w:val="22"/>
        </w:rPr>
        <w:t xml:space="preserve"> was due for payment on </w:t>
      </w:r>
      <w:r>
        <w:rPr>
          <w:color w:val="5B6B85"/>
          <w:sz w:val="22"/>
        </w:rPr>
        <w:t>[due date]</w:t>
      </w:r>
      <w:r>
        <w:rPr>
          <w:sz w:val="22"/>
        </w:rPr>
        <w:t xml:space="preserve">. Despite reminders sent on </w:t>
      </w:r>
      <w:r>
        <w:rPr>
          <w:color w:val="5B6B85"/>
          <w:sz w:val="22"/>
        </w:rPr>
        <w:t>[dates]</w:t>
      </w:r>
      <w:r>
        <w:rPr>
          <w:sz w:val="22"/>
        </w:rPr>
        <w:t xml:space="preserve">, it remains unpaid and is now </w:t>
      </w:r>
      <w:r>
        <w:rPr>
          <w:color w:val="5B6B85"/>
          <w:sz w:val="22"/>
        </w:rPr>
        <w:t>[number]</w:t>
      </w:r>
      <w:r>
        <w:rPr>
          <w:sz w:val="22"/>
        </w:rPr>
        <w:t xml:space="preserve"> days overdue.</w:t>
      </w:r>
    </w:p>
    <w:p/>
    <w:p>
      <w:r>
        <w:rPr>
          <w:sz w:val="22"/>
        </w:rPr>
        <w:t xml:space="preserve">Please pay the full balance of </w:t>
      </w:r>
      <w:r>
        <w:rPr>
          <w:color w:val="5B6B85"/>
          <w:sz w:val="22"/>
        </w:rPr>
        <w:t>[amount]</w:t>
      </w:r>
      <w:r>
        <w:rPr>
          <w:sz w:val="22"/>
        </w:rPr>
        <w:t xml:space="preserve"> by </w:t>
      </w:r>
      <w:r>
        <w:rPr>
          <w:color w:val="5B6B85"/>
          <w:sz w:val="22"/>
        </w:rPr>
        <w:t>[date, e.g. 14 days from the date of this letter]</w:t>
      </w:r>
      <w:r>
        <w:rPr>
          <w:sz w:val="22"/>
        </w:rPr>
        <w:t>, using the details below:</w:t>
      </w:r>
    </w:p>
    <w:p/>
    <w:p>
      <w:r>
        <w:rPr>
          <w:sz w:val="22"/>
        </w:rPr>
        <w:t xml:space="preserve">Bank: </w:t>
      </w:r>
      <w:r>
        <w:rPr>
          <w:color w:val="5B6B85"/>
          <w:sz w:val="22"/>
        </w:rPr>
        <w:t>[bank name]</w:t>
      </w:r>
    </w:p>
    <w:p>
      <w:r>
        <w:rPr>
          <w:sz w:val="22"/>
        </w:rPr>
        <w:t xml:space="preserve">Account name: </w:t>
      </w:r>
      <w:r>
        <w:rPr>
          <w:color w:val="5B6B85"/>
          <w:sz w:val="22"/>
        </w:rPr>
        <w:t>[account name]</w:t>
      </w:r>
    </w:p>
    <w:p>
      <w:r>
        <w:rPr>
          <w:sz w:val="22"/>
        </w:rPr>
        <w:t xml:space="preserve">Account number / IBAN: </w:t>
      </w:r>
      <w:r>
        <w:rPr>
          <w:color w:val="5B6B85"/>
          <w:sz w:val="22"/>
        </w:rPr>
        <w:t>[number]</w:t>
      </w:r>
    </w:p>
    <w:p>
      <w:r>
        <w:rPr>
          <w:sz w:val="22"/>
        </w:rPr>
        <w:t xml:space="preserve">Payment reference: </w:t>
      </w:r>
      <w:r>
        <w:rPr>
          <w:color w:val="5B6B85"/>
          <w:sz w:val="22"/>
        </w:rPr>
        <w:t>[invoice number]</w:t>
      </w:r>
    </w:p>
    <w:p/>
    <w:p>
      <w:r>
        <w:rPr>
          <w:sz w:val="22"/>
        </w:rPr>
        <w:t xml:space="preserve">If payment is not received by that date, I intend to </w:t>
      </w:r>
      <w:r>
        <w:rPr>
          <w:color w:val="5B6B85"/>
          <w:sz w:val="22"/>
        </w:rPr>
        <w:t>[add late payment interest and charges as set out in my terms / pass the debt to a collection agency / start a claim to recover the debt]</w:t>
      </w:r>
      <w:r>
        <w:rPr>
          <w:sz w:val="22"/>
        </w:rPr>
        <w:t xml:space="preserve"> without further notice.</w:t>
      </w:r>
    </w:p>
    <w:p/>
    <w:p>
      <w:r>
        <w:rPr>
          <w:sz w:val="22"/>
        </w:rPr>
        <w:t xml:space="preserve">If you have already paid, please send me the payment date and reference so I can match it. If there is a problem with the invoice, or you would like to agree a payment plan, please contact me at </w:t>
      </w:r>
      <w:r>
        <w:rPr>
          <w:color w:val="5B6B85"/>
          <w:sz w:val="22"/>
        </w:rPr>
        <w:t>[email / phone]</w:t>
      </w:r>
      <w:r>
        <w:rPr>
          <w:sz w:val="22"/>
        </w:rPr>
        <w:t xml:space="preserve"> before </w:t>
      </w:r>
      <w:r>
        <w:rPr>
          <w:color w:val="5B6B85"/>
          <w:sz w:val="22"/>
        </w:rPr>
        <w:t>[date]</w:t>
      </w:r>
      <w:r>
        <w:rPr>
          <w:sz w:val="22"/>
        </w:rPr>
        <w:t>.</w:t>
      </w:r>
    </w:p>
    <w:p/>
    <w:p>
      <w:r>
        <w:rPr>
          <w:sz w:val="22"/>
        </w:rPr>
        <w:t>Yours sincerely,</w:t>
      </w:r>
    </w:p>
    <w:p/>
    <w:p>
      <w:r>
        <w:rPr>
          <w:color w:val="5B6B85"/>
          <w:sz w:val="22"/>
        </w:rPr>
        <w:t>[Signature]</w:t>
      </w:r>
    </w:p>
    <w:p>
      <w:r>
        <w:rPr>
          <w:color w:val="5B6B85"/>
          <w:sz w:val="22"/>
        </w:rPr>
        <w:t>[Your name]</w:t>
      </w:r>
    </w:p>
    <w:p>
      <w:r>
        <w:rPr>
          <w:color w:val="5B6B85"/>
          <w:sz w:val="22"/>
        </w:rPr>
        <w:t>[Your business name]</w:t>
      </w:r>
    </w:p>
    <w:p/>
    <w:p>
      <w:r>
        <w:rPr>
          <w:sz w:val="22"/>
        </w:rPr>
        <w:t xml:space="preserve">Enclosed: copy of invoice </w:t>
      </w:r>
      <w:r>
        <w:rPr>
          <w:color w:val="5B6B85"/>
          <w:sz w:val="22"/>
        </w:rPr>
        <w:t>[number]</w:t>
      </w:r>
    </w:p>
    <w:sectPr w:rsidR="00FC693F" w:rsidRPr="0006063C" w:rsidSect="00034616">
      <w:footerReference w:type="default" r:id="rId9"/>
      <w:pgSz w:w="12240" w:h="15840"/>
      <w:pgMar w:top="1247" w:right="1361" w:bottom="90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Free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Notice Letter for an Unpaid Invoice</dc:title>
  <dc:subject/>
  <dc:creator>Simple Invoice Generator</dc:creator>
  <cp:keywords/>
  <dc:description>Free template from https://invoicegenapp.com/blog/payment-reminder-email-templates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