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386"/>
        <w:gridCol w:w="4819"/>
      </w:tblGrid>
      <w:tr>
        <w:tc>
          <w:tcPr>
            <w:tcW w:type="dxa" w:w="5386"/>
          </w:tcPr>
          <w:p>
            <w:r>
              <w:rPr>
                <w:b/>
                <w:i w:val="0"/>
                <w:color w:val="1E293B"/>
                <w:sz w:val="32"/>
              </w:rPr>
              <w:t>[Your catering business]</w:t>
            </w:r>
          </w:p>
          <w:p>
            <w:r>
              <w:rPr>
                <w:b w:val="0"/>
                <w:i/>
                <w:color w:val="8A9AB4"/>
                <w:sz w:val="18"/>
              </w:rPr>
              <w:t>[Your logo can go here]</w:t>
            </w:r>
          </w:p>
        </w:tc>
        <w:tc>
          <w:tcPr>
            <w:tcW w:type="dxa" w:w="4819"/>
          </w:tcPr>
          <w:p>
            <w:pPr>
              <w:jc w:val="right"/>
            </w:pPr>
            <w:r>
              <w:rPr>
                <w:b/>
                <w:i w:val="0"/>
                <w:color w:val="1A6FE0"/>
                <w:sz w:val="52"/>
              </w:rPr>
              <w:t>INVOICE</w:t>
            </w:r>
          </w:p>
        </w:tc>
      </w:tr>
    </w:tbl>
    <w:p>
      <w:pPr>
        <w:spacing w:after="12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102"/>
        <w:gridCol w:w="5102"/>
      </w:tblGrid>
      <w:tr>
        <w:tc>
          <w:tcPr>
            <w:tcW w:type="dxa" w:w="5102"/>
          </w:tcPr>
          <w:p>
            <w:r>
              <w:rPr>
                <w:b/>
                <w:i w:val="0"/>
                <w:color w:val="64748B"/>
                <w:sz w:val="16"/>
              </w:rPr>
              <w:t>FROM</w:t>
            </w:r>
          </w:p>
          <w:p>
            <w:r>
              <w:rPr>
                <w:b/>
                <w:i w:val="0"/>
                <w:color w:val="1E293B"/>
                <w:sz w:val="22"/>
              </w:rPr>
              <w:t>[Your catering business]</w:t>
            </w:r>
          </w:p>
          <w:p>
            <w:r>
              <w:rPr>
                <w:b w:val="0"/>
                <w:i w:val="0"/>
                <w:color w:val="1E293B"/>
                <w:sz w:val="20"/>
              </w:rPr>
              <w:t>[Your email]</w:t>
            </w:r>
          </w:p>
          <w:p>
            <w:r>
              <w:rPr>
                <w:b w:val="0"/>
                <w:i w:val="0"/>
                <w:color w:val="1E293B"/>
                <w:sz w:val="20"/>
              </w:rPr>
              <w:t>[Your phone]</w:t>
            </w:r>
          </w:p>
          <w:p>
            <w:r>
              <w:rPr>
                <w:b w:val="0"/>
                <w:i w:val="0"/>
                <w:color w:val="1E293B"/>
                <w:sz w:val="20"/>
              </w:rPr>
              <w:t>[Business address, city, state]</w:t>
            </w:r>
          </w:p>
          <w:p>
            <w:r>
              <w:rPr>
                <w:b w:val="0"/>
                <w:i w:val="0"/>
                <w:color w:val="1E293B"/>
                <w:sz w:val="20"/>
              </w:rPr>
              <w:t>[Food permit / license no., if any]</w:t>
            </w:r>
          </w:p>
        </w:tc>
        <w:tc>
          <w:tcPr>
            <w:tcW w:type="dxa" w:w="5102"/>
          </w:tcPr>
          <w:p>
            <w:r>
              <w:rPr>
                <w:b/>
                <w:i w:val="0"/>
                <w:color w:val="64748B"/>
                <w:sz w:val="16"/>
              </w:rPr>
              <w:t>BILL TO</w:t>
            </w:r>
          </w:p>
          <w:p>
            <w:r>
              <w:rPr>
                <w:b/>
                <w:i w:val="0"/>
                <w:color w:val="1E293B"/>
                <w:sz w:val="22"/>
              </w:rPr>
              <w:t>[Client name or company]</w:t>
            </w:r>
          </w:p>
          <w:p>
            <w:r>
              <w:rPr>
                <w:b w:val="0"/>
                <w:i w:val="0"/>
                <w:color w:val="1E293B"/>
                <w:sz w:val="20"/>
              </w:rPr>
              <w:t>[Event name]</w:t>
            </w:r>
          </w:p>
          <w:p>
            <w:r>
              <w:rPr>
                <w:b w:val="0"/>
                <w:i w:val="0"/>
                <w:color w:val="1E293B"/>
                <w:sz w:val="20"/>
              </w:rPr>
              <w:t>[Venue / delivery address]</w:t>
            </w:r>
          </w:p>
          <w:p>
            <w:r>
              <w:rPr>
                <w:b w:val="0"/>
                <w:i w:val="0"/>
                <w:color w:val="1E293B"/>
                <w:sz w:val="20"/>
              </w:rPr>
              <w:t>[City, state, ZIP]</w:t>
            </w:r>
          </w:p>
          <w:p>
            <w:r>
              <w:rPr>
                <w:b w:val="0"/>
                <w:i w:val="0"/>
                <w:color w:val="1E293B"/>
                <w:sz w:val="20"/>
              </w:rPr>
              <w:t>[Client email]</w:t>
            </w:r>
          </w:p>
        </w:tc>
      </w:tr>
    </w:tbl>
    <w:p>
      <w:pPr>
        <w:spacing w:after="12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2551"/>
        <w:gridCol w:w="2551"/>
        <w:gridCol w:w="2551"/>
        <w:gridCol w:w="2551"/>
      </w:tblGrid>
      <w:tr>
        <w:tc>
          <w:tcPr>
            <w:tcW w:type="dxa" w:w="2551"/>
            <w:shd w:val="clear" w:color="auto" w:fill="EEF4FB"/>
            <w:tcMar>
              <w:top w:w="80" w:type="dxa"/>
              <w:bottom w:w="0" w:type="dxa"/>
              <w:start w:w="100" w:type="dxa"/>
              <w:end w:w="100" w:type="dxa"/>
            </w:tcMar>
          </w:tcPr>
          <w:p>
            <w:r>
              <w:rPr>
                <w:b/>
                <w:i w:val="0"/>
                <w:color w:val="64748B"/>
                <w:sz w:val="16"/>
              </w:rPr>
              <w:t>INVOICE #</w:t>
            </w:r>
          </w:p>
        </w:tc>
        <w:tc>
          <w:tcPr>
            <w:tcW w:type="dxa" w:w="2551"/>
            <w:shd w:val="clear" w:color="auto" w:fill="EEF4FB"/>
            <w:tcMar>
              <w:top w:w="80" w:type="dxa"/>
              <w:bottom w:w="0" w:type="dxa"/>
              <w:start w:w="100" w:type="dxa"/>
              <w:end w:w="100" w:type="dxa"/>
            </w:tcMar>
          </w:tcPr>
          <w:p>
            <w:r>
              <w:rPr>
                <w:b/>
                <w:i w:val="0"/>
                <w:color w:val="64748B"/>
                <w:sz w:val="16"/>
              </w:rPr>
              <w:t>INVOICE DATE</w:t>
            </w:r>
          </w:p>
        </w:tc>
        <w:tc>
          <w:tcPr>
            <w:tcW w:type="dxa" w:w="2551"/>
            <w:shd w:val="clear" w:color="auto" w:fill="EEF4FB"/>
            <w:tcMar>
              <w:top w:w="80" w:type="dxa"/>
              <w:bottom w:w="0" w:type="dxa"/>
              <w:start w:w="100" w:type="dxa"/>
              <w:end w:w="100" w:type="dxa"/>
            </w:tcMar>
          </w:tcPr>
          <w:p>
            <w:r>
              <w:rPr>
                <w:b/>
                <w:i w:val="0"/>
                <w:color w:val="64748B"/>
                <w:sz w:val="16"/>
              </w:rPr>
              <w:t>EVENT DATE</w:t>
            </w:r>
          </w:p>
        </w:tc>
        <w:tc>
          <w:tcPr>
            <w:tcW w:type="dxa" w:w="2551"/>
            <w:shd w:val="clear" w:color="auto" w:fill="EEF4FB"/>
            <w:tcMar>
              <w:top w:w="80" w:type="dxa"/>
              <w:bottom w:w="0" w:type="dxa"/>
              <w:start w:w="100" w:type="dxa"/>
              <w:end w:w="100" w:type="dxa"/>
            </w:tcMar>
          </w:tcPr>
          <w:p>
            <w:r>
              <w:rPr>
                <w:b/>
                <w:i w:val="0"/>
                <w:color w:val="64748B"/>
                <w:sz w:val="16"/>
              </w:rPr>
              <w:t>GUESTS</w:t>
            </w:r>
          </w:p>
        </w:tc>
      </w:tr>
      <w:tr>
        <w:tc>
          <w:tcPr>
            <w:tcW w:type="dxa" w:w="2551"/>
            <w:shd w:val="clear" w:color="auto" w:fill="EEF4FB"/>
            <w:tcMar>
              <w:top w:w="0" w:type="dxa"/>
              <w:bottom w:w="80" w:type="dxa"/>
              <w:start w:w="100" w:type="dxa"/>
              <w:end w:w="100" w:type="dxa"/>
            </w:tcMar>
          </w:tcPr>
          <w:p>
            <w:r>
              <w:rPr>
                <w:b/>
                <w:i w:val="0"/>
                <w:color w:val="1E293B"/>
                <w:sz w:val="22"/>
              </w:rPr>
              <w:t>[0000]</w:t>
            </w:r>
          </w:p>
        </w:tc>
        <w:tc>
          <w:tcPr>
            <w:tcW w:type="dxa" w:w="2551"/>
            <w:shd w:val="clear" w:color="auto" w:fill="EEF4FB"/>
            <w:tcMar>
              <w:top w:w="0" w:type="dxa"/>
              <w:bottom w:w="80" w:type="dxa"/>
              <w:start w:w="100" w:type="dxa"/>
              <w:end w:w="100" w:type="dxa"/>
            </w:tcMar>
          </w:tcPr>
          <w:p>
            <w:r>
              <w:rPr>
                <w:b/>
                <w:i w:val="0"/>
                <w:color w:val="1E293B"/>
                <w:sz w:val="22"/>
              </w:rPr>
              <w:t>[ MM / DD / YYYY ]</w:t>
            </w:r>
          </w:p>
        </w:tc>
        <w:tc>
          <w:tcPr>
            <w:tcW w:type="dxa" w:w="2551"/>
            <w:shd w:val="clear" w:color="auto" w:fill="EEF4FB"/>
            <w:tcMar>
              <w:top w:w="0" w:type="dxa"/>
              <w:bottom w:w="80" w:type="dxa"/>
              <w:start w:w="100" w:type="dxa"/>
              <w:end w:w="100" w:type="dxa"/>
            </w:tcMar>
          </w:tcPr>
          <w:p>
            <w:r>
              <w:rPr>
                <w:b/>
                <w:i w:val="0"/>
                <w:color w:val="1E293B"/>
                <w:sz w:val="22"/>
              </w:rPr>
              <w:t>[ MM / DD / YYYY ]</w:t>
            </w:r>
          </w:p>
        </w:tc>
        <w:tc>
          <w:tcPr>
            <w:tcW w:type="dxa" w:w="2551"/>
            <w:shd w:val="clear" w:color="auto" w:fill="EEF4FB"/>
            <w:tcMar>
              <w:top w:w="0" w:type="dxa"/>
              <w:bottom w:w="80" w:type="dxa"/>
              <w:start w:w="100" w:type="dxa"/>
              <w:end w:w="100" w:type="dxa"/>
            </w:tcMar>
          </w:tcPr>
          <w:p>
            <w:r>
              <w:rPr>
                <w:b/>
                <w:i w:val="0"/>
                <w:color w:val="1E293B"/>
                <w:sz w:val="22"/>
              </w:rPr>
              <w:t>[Final count]</w:t>
            </w:r>
          </w:p>
        </w:tc>
      </w:tr>
    </w:tbl>
    <w:p>
      <w:pPr>
        <w:spacing w:after="12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5DEEA"/>
          <w:left w:val="single" w:sz="4" w:color="D5DEEA"/>
          <w:bottom w:val="single" w:sz="4" w:color="D5DEEA"/>
          <w:right w:val="single" w:sz="4" w:color="D5DEEA"/>
          <w:insideH w:val="single" w:sz="4" w:color="D5DEEA"/>
          <w:insideV w:val="nil"/>
        </w:tblBorders>
        <w:tblLayout w:type="fixed"/>
      </w:tblPr>
      <w:tblGrid>
        <w:gridCol w:w="5443"/>
        <w:gridCol w:w="1247"/>
        <w:gridCol w:w="1701"/>
        <w:gridCol w:w="1814"/>
      </w:tblGrid>
      <w:tr>
        <w:tc>
          <w:tcPr>
            <w:tcW w:type="dxa" w:w="5443"/>
            <w:shd w:val="clear" w:color="auto" w:fill="1E293B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r>
              <w:rPr>
                <w:b/>
                <w:i w:val="0"/>
                <w:color w:val="FFFFFF"/>
                <w:sz w:val="17"/>
              </w:rPr>
              <w:t>DESCRIPTION</w:t>
            </w:r>
          </w:p>
        </w:tc>
        <w:tc>
          <w:tcPr>
            <w:tcW w:type="dxa" w:w="1247"/>
            <w:shd w:val="clear" w:color="auto" w:fill="1E293B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/>
                <w:i w:val="0"/>
                <w:color w:val="FFFFFF"/>
                <w:sz w:val="17"/>
              </w:rPr>
              <w:t>QTY</w:t>
            </w:r>
          </w:p>
        </w:tc>
        <w:tc>
          <w:tcPr>
            <w:tcW w:type="dxa" w:w="1701"/>
            <w:shd w:val="clear" w:color="auto" w:fill="1E293B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/>
                <w:i w:val="0"/>
                <w:color w:val="FFFFFF"/>
                <w:sz w:val="17"/>
              </w:rPr>
              <w:t>RATE</w:t>
            </w:r>
          </w:p>
        </w:tc>
        <w:tc>
          <w:tcPr>
            <w:tcW w:type="dxa" w:w="1814"/>
            <w:shd w:val="clear" w:color="auto" w:fill="1E293B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/>
                <w:i w:val="0"/>
                <w:color w:val="FFFFFF"/>
                <w:sz w:val="17"/>
              </w:rPr>
              <w:t>AMOUNT</w:t>
            </w:r>
          </w:p>
        </w:tc>
      </w:tr>
      <w:tr>
        <w:tc>
          <w:tcPr>
            <w:tcW w:type="dxa" w:w="5443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r>
              <w:rPr>
                <w:b w:val="0"/>
                <w:i/>
                <w:color w:val="8A9AB4"/>
                <w:sz w:val="19"/>
              </w:rPr>
              <w:t>[Menu / package — per guest]</w:t>
            </w:r>
          </w:p>
        </w:tc>
        <w:tc>
          <w:tcPr>
            <w:tcW w:type="dxa" w:w="1247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[1]</w:t>
            </w:r>
          </w:p>
        </w:tc>
        <w:tc>
          <w:tcPr>
            <w:tcW w:type="dxa" w:w="1701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[$0.00]</w:t>
            </w:r>
          </w:p>
        </w:tc>
        <w:tc>
          <w:tcPr>
            <w:tcW w:type="dxa" w:w="1814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[$0.00]</w:t>
            </w:r>
          </w:p>
        </w:tc>
      </w:tr>
      <w:tr>
        <w:tc>
          <w:tcPr>
            <w:tcW w:type="dxa" w:w="5443"/>
            <w:tcMar>
              <w:top w:w="90" w:type="dxa"/>
              <w:bottom w:w="90" w:type="dxa"/>
              <w:start w:w="100" w:type="dxa"/>
              <w:end w:w="100" w:type="dxa"/>
            </w:tcMar>
            <w:shd w:val="clear" w:color="auto" w:fill="F6F8FB"/>
          </w:tcPr>
          <w:p>
            <w:r>
              <w:rPr>
                <w:b w:val="0"/>
                <w:i/>
                <w:color w:val="8A9AB4"/>
                <w:sz w:val="19"/>
              </w:rPr>
              <w:t>[Service staff (hours)]</w:t>
            </w:r>
          </w:p>
        </w:tc>
        <w:tc>
          <w:tcPr>
            <w:tcW w:type="dxa" w:w="1247"/>
            <w:tcMar>
              <w:top w:w="90" w:type="dxa"/>
              <w:bottom w:w="90" w:type="dxa"/>
              <w:start w:w="100" w:type="dxa"/>
              <w:end w:w="100" w:type="dxa"/>
            </w:tcMar>
            <w:shd w:val="clear" w:color="auto" w:fill="F6F8FB"/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[1]</w:t>
            </w:r>
          </w:p>
        </w:tc>
        <w:tc>
          <w:tcPr>
            <w:tcW w:type="dxa" w:w="1701"/>
            <w:tcMar>
              <w:top w:w="90" w:type="dxa"/>
              <w:bottom w:w="90" w:type="dxa"/>
              <w:start w:w="100" w:type="dxa"/>
              <w:end w:w="100" w:type="dxa"/>
            </w:tcMar>
            <w:shd w:val="clear" w:color="auto" w:fill="F6F8FB"/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[$0.00]</w:t>
            </w:r>
          </w:p>
        </w:tc>
        <w:tc>
          <w:tcPr>
            <w:tcW w:type="dxa" w:w="1814"/>
            <w:tcMar>
              <w:top w:w="90" w:type="dxa"/>
              <w:bottom w:w="90" w:type="dxa"/>
              <w:start w:w="100" w:type="dxa"/>
              <w:end w:w="100" w:type="dxa"/>
            </w:tcMar>
            <w:shd w:val="clear" w:color="auto" w:fill="F6F8FB"/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[$0.00]</w:t>
            </w:r>
          </w:p>
        </w:tc>
      </w:tr>
      <w:tr>
        <w:tc>
          <w:tcPr>
            <w:tcW w:type="dxa" w:w="5443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r>
              <w:rPr>
                <w:b w:val="0"/>
                <w:i/>
                <w:color w:val="8A9AB4"/>
                <w:sz w:val="19"/>
              </w:rPr>
              <w:t>[Bartender (hours)]</w:t>
            </w:r>
          </w:p>
        </w:tc>
        <w:tc>
          <w:tcPr>
            <w:tcW w:type="dxa" w:w="1247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[1]</w:t>
            </w:r>
          </w:p>
        </w:tc>
        <w:tc>
          <w:tcPr>
            <w:tcW w:type="dxa" w:w="1701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[$0.00]</w:t>
            </w:r>
          </w:p>
        </w:tc>
        <w:tc>
          <w:tcPr>
            <w:tcW w:type="dxa" w:w="1814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[$0.00]</w:t>
            </w:r>
          </w:p>
        </w:tc>
      </w:tr>
      <w:tr>
        <w:tc>
          <w:tcPr>
            <w:tcW w:type="dxa" w:w="5443"/>
            <w:tcMar>
              <w:top w:w="90" w:type="dxa"/>
              <w:bottom w:w="90" w:type="dxa"/>
              <w:start w:w="100" w:type="dxa"/>
              <w:end w:w="100" w:type="dxa"/>
            </w:tcMar>
            <w:shd w:val="clear" w:color="auto" w:fill="F6F8FB"/>
          </w:tcPr>
          <w:p>
            <w:r>
              <w:rPr>
                <w:b w:val="0"/>
                <w:i/>
                <w:color w:val="8A9AB4"/>
                <w:sz w:val="19"/>
              </w:rPr>
              <w:t>[Rentals: linens, chafing dishes]</w:t>
            </w:r>
          </w:p>
        </w:tc>
        <w:tc>
          <w:tcPr>
            <w:tcW w:type="dxa" w:w="1247"/>
            <w:tcMar>
              <w:top w:w="90" w:type="dxa"/>
              <w:bottom w:w="90" w:type="dxa"/>
              <w:start w:w="100" w:type="dxa"/>
              <w:end w:w="100" w:type="dxa"/>
            </w:tcMar>
            <w:shd w:val="clear" w:color="auto" w:fill="F6F8FB"/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[1]</w:t>
            </w:r>
          </w:p>
        </w:tc>
        <w:tc>
          <w:tcPr>
            <w:tcW w:type="dxa" w:w="1701"/>
            <w:tcMar>
              <w:top w:w="90" w:type="dxa"/>
              <w:bottom w:w="90" w:type="dxa"/>
              <w:start w:w="100" w:type="dxa"/>
              <w:end w:w="100" w:type="dxa"/>
            </w:tcMar>
            <w:shd w:val="clear" w:color="auto" w:fill="F6F8FB"/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[$0.00]</w:t>
            </w:r>
          </w:p>
        </w:tc>
        <w:tc>
          <w:tcPr>
            <w:tcW w:type="dxa" w:w="1814"/>
            <w:tcMar>
              <w:top w:w="90" w:type="dxa"/>
              <w:bottom w:w="90" w:type="dxa"/>
              <w:start w:w="100" w:type="dxa"/>
              <w:end w:w="100" w:type="dxa"/>
            </w:tcMar>
            <w:shd w:val="clear" w:color="auto" w:fill="F6F8FB"/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[$0.00]</w:t>
            </w:r>
          </w:p>
        </w:tc>
      </w:tr>
      <w:tr>
        <w:tc>
          <w:tcPr>
            <w:tcW w:type="dxa" w:w="5443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r>
              <w:rPr>
                <w:b w:val="0"/>
                <w:i/>
                <w:color w:val="8A9AB4"/>
                <w:sz w:val="19"/>
              </w:rPr>
              <w:t>[Delivery &amp; setup]</w:t>
            </w:r>
          </w:p>
        </w:tc>
        <w:tc>
          <w:tcPr>
            <w:tcW w:type="dxa" w:w="1247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[1]</w:t>
            </w:r>
          </w:p>
        </w:tc>
        <w:tc>
          <w:tcPr>
            <w:tcW w:type="dxa" w:w="1701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[$0.00]</w:t>
            </w:r>
          </w:p>
        </w:tc>
        <w:tc>
          <w:tcPr>
            <w:tcW w:type="dxa" w:w="1814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[$0.00]</w:t>
            </w:r>
          </w:p>
        </w:tc>
      </w:tr>
      <w:tr>
        <w:tc>
          <w:tcPr>
            <w:tcW w:type="dxa" w:w="5443"/>
            <w:tcMar>
              <w:top w:w="90" w:type="dxa"/>
              <w:bottom w:w="90" w:type="dxa"/>
              <w:start w:w="100" w:type="dxa"/>
              <w:end w:w="100" w:type="dxa"/>
            </w:tcMar>
            <w:shd w:val="clear" w:color="auto" w:fill="F6F8FB"/>
          </w:tcPr>
          <w:p>
            <w:r>
              <w:rPr>
                <w:b w:val="0"/>
                <w:i/>
                <w:color w:val="8A9AB4"/>
                <w:sz w:val="19"/>
              </w:rPr>
              <w:t>[ ]</w:t>
            </w:r>
          </w:p>
        </w:tc>
        <w:tc>
          <w:tcPr>
            <w:tcW w:type="dxa" w:w="1247"/>
            <w:tcMar>
              <w:top w:w="90" w:type="dxa"/>
              <w:bottom w:w="90" w:type="dxa"/>
              <w:start w:w="100" w:type="dxa"/>
              <w:end w:w="100" w:type="dxa"/>
            </w:tcMar>
            <w:shd w:val="clear" w:color="auto" w:fill="F6F8FB"/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[1]</w:t>
            </w:r>
          </w:p>
        </w:tc>
        <w:tc>
          <w:tcPr>
            <w:tcW w:type="dxa" w:w="1701"/>
            <w:tcMar>
              <w:top w:w="90" w:type="dxa"/>
              <w:bottom w:w="90" w:type="dxa"/>
              <w:start w:w="100" w:type="dxa"/>
              <w:end w:w="100" w:type="dxa"/>
            </w:tcMar>
            <w:shd w:val="clear" w:color="auto" w:fill="F6F8FB"/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[$0.00]</w:t>
            </w:r>
          </w:p>
        </w:tc>
        <w:tc>
          <w:tcPr>
            <w:tcW w:type="dxa" w:w="1814"/>
            <w:tcMar>
              <w:top w:w="90" w:type="dxa"/>
              <w:bottom w:w="90" w:type="dxa"/>
              <w:start w:w="100" w:type="dxa"/>
              <w:end w:w="100" w:type="dxa"/>
            </w:tcMar>
            <w:shd w:val="clear" w:color="auto" w:fill="F6F8FB"/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[$0.00]</w:t>
            </w:r>
          </w:p>
        </w:tc>
      </w:tr>
    </w:tbl>
    <w:p>
      <w:pPr>
        <w:spacing w:after="12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252"/>
        <w:gridCol w:w="3969"/>
        <w:gridCol w:w="1984"/>
      </w:tblGrid>
      <w:tr>
        <w:tc>
          <w:tcPr>
            <w:tcW w:type="dxa" w:w="4252"/>
          </w:tcPr>
          <w:p/>
        </w:tc>
        <w:tc>
          <w:tcPr>
            <w:tcW w:type="dxa" w:w="3969"/>
            <w:tcMar>
              <w:top w:w="70" w:type="dxa"/>
              <w:bottom w:w="70" w:type="dxa"/>
              <w:start w:w="100" w:type="dxa"/>
              <w:end w:w="100" w:type="dxa"/>
            </w:tcMar>
          </w:tcPr>
          <w:p>
            <w:r>
              <w:rPr>
                <w:b w:val="0"/>
                <w:i w:val="0"/>
                <w:color w:val="1E293B"/>
                <w:sz w:val="19"/>
              </w:rPr>
              <w:t>Subtotal</w:t>
            </w:r>
          </w:p>
        </w:tc>
        <w:tc>
          <w:tcPr>
            <w:tcW w:type="dxa" w:w="1984"/>
            <w:tcMar>
              <w:top w:w="70" w:type="dxa"/>
              <w:bottom w:w="7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 w:val="0"/>
                <w:i w:val="0"/>
                <w:color w:val="1E293B"/>
                <w:sz w:val="19"/>
              </w:rPr>
              <w:t>[$0.00]</w:t>
            </w:r>
          </w:p>
        </w:tc>
      </w:tr>
      <w:tr>
        <w:tc>
          <w:tcPr>
            <w:tcW w:type="dxa" w:w="4252"/>
          </w:tcPr>
          <w:p/>
        </w:tc>
        <w:tc>
          <w:tcPr>
            <w:tcW w:type="dxa" w:w="3969"/>
            <w:tcMar>
              <w:top w:w="70" w:type="dxa"/>
              <w:bottom w:w="70" w:type="dxa"/>
              <w:start w:w="100" w:type="dxa"/>
              <w:end w:w="100" w:type="dxa"/>
            </w:tcMar>
          </w:tcPr>
          <w:p>
            <w:r>
              <w:rPr>
                <w:b w:val="0"/>
                <w:i w:val="0"/>
                <w:color w:val="1E293B"/>
                <w:sz w:val="19"/>
              </w:rPr>
              <w:t>Sales tax ([0]%)</w:t>
            </w:r>
          </w:p>
        </w:tc>
        <w:tc>
          <w:tcPr>
            <w:tcW w:type="dxa" w:w="1984"/>
            <w:tcMar>
              <w:top w:w="70" w:type="dxa"/>
              <w:bottom w:w="7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 w:val="0"/>
                <w:i w:val="0"/>
                <w:color w:val="1E293B"/>
                <w:sz w:val="19"/>
              </w:rPr>
              <w:t>[$0.00]</w:t>
            </w:r>
          </w:p>
        </w:tc>
      </w:tr>
      <w:tr>
        <w:tc>
          <w:tcPr>
            <w:tcW w:type="dxa" w:w="4252"/>
          </w:tcPr>
          <w:p/>
        </w:tc>
        <w:tc>
          <w:tcPr>
            <w:tcW w:type="dxa" w:w="3969"/>
            <w:tcMar>
              <w:top w:w="70" w:type="dxa"/>
              <w:bottom w:w="70" w:type="dxa"/>
              <w:start w:w="100" w:type="dxa"/>
              <w:end w:w="100" w:type="dxa"/>
            </w:tcMar>
          </w:tcPr>
          <w:p>
            <w:r>
              <w:rPr>
                <w:b w:val="0"/>
                <w:i w:val="0"/>
                <w:color w:val="1E293B"/>
                <w:sz w:val="19"/>
              </w:rPr>
              <w:t>Deposit paid</w:t>
            </w:r>
          </w:p>
        </w:tc>
        <w:tc>
          <w:tcPr>
            <w:tcW w:type="dxa" w:w="1984"/>
            <w:tcMar>
              <w:top w:w="70" w:type="dxa"/>
              <w:bottom w:w="7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 w:val="0"/>
                <w:i w:val="0"/>
                <w:color w:val="1E293B"/>
                <w:sz w:val="19"/>
              </w:rPr>
              <w:t>[$0.00]</w:t>
            </w:r>
          </w:p>
        </w:tc>
      </w:tr>
      <w:tr>
        <w:tc>
          <w:tcPr>
            <w:tcW w:type="dxa" w:w="4252"/>
          </w:tcPr>
          <w:p/>
        </w:tc>
        <w:tc>
          <w:tcPr>
            <w:tcW w:type="dxa" w:w="3969"/>
            <w:shd w:val="clear" w:color="auto" w:fill="E3EEFC"/>
            <w:tcMar>
              <w:top w:w="70" w:type="dxa"/>
              <w:bottom w:w="70" w:type="dxa"/>
              <w:start w:w="100" w:type="dxa"/>
              <w:end w:w="100" w:type="dxa"/>
            </w:tcMar>
          </w:tcPr>
          <w:p>
            <w:r>
              <w:rPr>
                <w:b/>
                <w:i w:val="0"/>
                <w:color w:val="1A6FE0"/>
                <w:sz w:val="22"/>
              </w:rPr>
              <w:t>Balance due (USD)</w:t>
            </w:r>
          </w:p>
        </w:tc>
        <w:tc>
          <w:tcPr>
            <w:tcW w:type="dxa" w:w="1984"/>
            <w:shd w:val="clear" w:color="auto" w:fill="E3EEFC"/>
            <w:tcMar>
              <w:top w:w="70" w:type="dxa"/>
              <w:bottom w:w="7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/>
                <w:i w:val="0"/>
                <w:color w:val="1A6FE0"/>
                <w:sz w:val="26"/>
              </w:rPr>
              <w:t>[$0.00]</w:t>
            </w:r>
          </w:p>
        </w:tc>
      </w:tr>
    </w:tbl>
    <w:p>
      <w:pPr>
        <w:spacing w:after="200"/>
      </w:pPr>
    </w:p>
    <w:p>
      <w:r>
        <w:rPr>
          <w:b/>
          <w:i w:val="0"/>
          <w:color w:val="64748B"/>
          <w:sz w:val="16"/>
        </w:rPr>
        <w:t>PAYMENT TERMS &amp; NOTES</w:t>
      </w:r>
    </w:p>
    <w:p>
      <w:r>
        <w:rPr>
          <w:b w:val="0"/>
          <w:i/>
          <w:color w:val="8A9AB4"/>
          <w:sz w:val="19"/>
        </w:rPr>
        <w:t>Payment terms: [e.g. balance due 7 days before the event]. Final guest count due [date].</w:t>
      </w:r>
    </w:p>
    <w:p>
      <w:r>
        <w:rPr>
          <w:b w:val="0"/>
          <w:i/>
          <w:color w:val="8A9AB4"/>
          <w:sz w:val="19"/>
        </w:rPr>
        <w:t>[Service charge: X% (not a gratuity)]  ·  [Gratuity: optional, at the client's discretion]</w:t>
      </w:r>
    </w:p>
    <w:p>
      <w:r>
        <w:rPr>
          <w:b w:val="0"/>
          <w:i/>
          <w:color w:val="8A9AB4"/>
          <w:sz w:val="19"/>
        </w:rPr>
        <w:t>Payment methods: [ACH / check / card link] — [your details].</w:t>
      </w:r>
    </w:p>
    <w:sectPr w:rsidR="00FC693F" w:rsidRPr="0006063C" w:rsidSect="00034616">
      <w:footerReference w:type="default" r:id="rId9"/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64748B"/>
        <w:sz w:val="16"/>
      </w:rPr>
      <w:t>Made with the free catering invoice template from invoicegenapp.com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 w:eastAsia="Arial"/>
      <w:color w:val="1E293B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Catering Invoice Template</dc:title>
  <dc:subject/>
  <dc:creator>Simple Invoice Generator</dc:creator>
  <cp:keywords/>
  <dc:description>Free template from https://invoicegenapp.com/blog/catering-invoice-template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